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293B"/>
          <w:sz w:val="36"/>
        </w:rPr>
        <w:t>Годовой курс / ХимБиоРус / ЕГЭ</w:t>
      </w:r>
    </w:p>
    <w:p>
      <w:r>
        <w:rPr>
          <w:color w:val="64748B"/>
          <w:sz w:val="20"/>
        </w:rPr>
        <w:t>Полное расписание подготовки (15 августа — 18 апреля). Зеленый — Биология, Сиреневый — Химия, Розовый — Русский язык.</w:t>
      </w:r>
    </w:p>
    <w:p>
      <w:pPr>
        <w:spacing w:before="280" w:after="80"/>
      </w:pPr>
      <w:r>
        <w:rPr>
          <w:b/>
          <w:color w:val="4F46E5"/>
          <w:sz w:val="26"/>
        </w:rPr>
        <w:t>Период 1: 15 августа — 30 августа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10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11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12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13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14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15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16 авг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Вводный вебинар</w:t>
            </w:r>
            <w:r>
              <w:rPr>
                <w:color w:val="1B4D20"/>
                <w:sz w:val="13"/>
              </w:rPr>
              <w:br/>
              <w:t>Старт курса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</w:t>
            </w:r>
            <w:r>
              <w:rPr>
                <w:color w:val="1B4D20"/>
                <w:sz w:val="13"/>
              </w:rPr>
              <w:br/>
              <w:t>Введение в биологию №1, 22 задание (часть 1)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</w:t>
            </w:r>
            <w:r>
              <w:rPr>
                <w:color w:val="1B4D20"/>
                <w:sz w:val="13"/>
              </w:rPr>
              <w:br/>
              <w:t>Введение в биологию №1, 22 задание (часть 1)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 (входной)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</w:t>
            </w:r>
            <w:r>
              <w:rPr>
                <w:color w:val="371B6B"/>
                <w:sz w:val="13"/>
              </w:rPr>
              <w:br/>
              <w:t>Введение в химию. Работа с ПТ. Строение атома.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</w:t>
            </w:r>
            <w:r>
              <w:rPr>
                <w:color w:val="371B6B"/>
                <w:sz w:val="13"/>
              </w:rPr>
              <w:br/>
              <w:t>Введение в химию. Работа с ПТ. Строение атома.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</w:t>
            </w:r>
            <w:r>
              <w:rPr>
                <w:color w:val="371B6B"/>
                <w:sz w:val="13"/>
              </w:rPr>
              <w:br/>
              <w:t>Электронные конфигурации.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</w:t>
            </w:r>
            <w:r>
              <w:rPr>
                <w:color w:val="371B6B"/>
                <w:sz w:val="13"/>
              </w:rPr>
              <w:br/>
              <w:t>Электронные конфигурации.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№1 (входной)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</w:t>
            </w:r>
            <w:r>
              <w:rPr>
                <w:color w:val="701426"/>
                <w:sz w:val="13"/>
              </w:rPr>
              <w:br/>
              <w:t>Уроки по основам русского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</w:t>
            </w:r>
            <w:r>
              <w:rPr>
                <w:color w:val="701426"/>
                <w:sz w:val="13"/>
              </w:rPr>
              <w:br/>
              <w:t>Уроки по основам русского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Пробник №1 (входной)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Организационный зачет №1</w:t>
            </w:r>
            <w:r>
              <w:rPr>
                <w:color w:val="1B4D20"/>
                <w:sz w:val="13"/>
              </w:rPr>
              <w:br/>
              <w:t>до 30.08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Вводный вебинар</w:t>
            </w:r>
            <w:r>
              <w:rPr>
                <w:color w:val="371B6B"/>
                <w:sz w:val="13"/>
              </w:rPr>
              <w:br/>
              <w:t>Старт курса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Организационный зачет №1</w:t>
            </w:r>
            <w:r>
              <w:rPr>
                <w:color w:val="371B6B"/>
                <w:sz w:val="13"/>
              </w:rPr>
              <w:br/>
              <w:t>до 30.08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</w:t>
            </w:r>
            <w:r>
              <w:rPr>
                <w:color w:val="701426"/>
                <w:sz w:val="13"/>
              </w:rPr>
              <w:br/>
              <w:t>Сочинение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</w:t>
            </w:r>
            <w:r>
              <w:rPr>
                <w:color w:val="701426"/>
                <w:sz w:val="13"/>
              </w:rPr>
              <w:br/>
              <w:t>Сочинение ЕГЭ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17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18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19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20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21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22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23 авг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Вводный вебинар</w:t>
            </w:r>
            <w:r>
              <w:rPr>
                <w:color w:val="701426"/>
                <w:sz w:val="13"/>
              </w:rPr>
              <w:br/>
              <w:t>Старт курса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</w:t>
            </w:r>
            <w:r>
              <w:rPr>
                <w:color w:val="1B4D20"/>
                <w:sz w:val="13"/>
              </w:rPr>
              <w:br/>
              <w:t>Введение в биологию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</w:t>
            </w:r>
            <w:r>
              <w:rPr>
                <w:color w:val="1B4D20"/>
                <w:sz w:val="13"/>
              </w:rPr>
              <w:br/>
              <w:t>Введение в биологию №2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</w:t>
            </w:r>
            <w:r>
              <w:rPr>
                <w:color w:val="1B4D20"/>
                <w:sz w:val="13"/>
              </w:rPr>
              <w:br/>
              <w:t>Введение в биологию №1, 22 задание (часть 1)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</w:t>
            </w:r>
            <w:r>
              <w:rPr>
                <w:color w:val="1B4D20"/>
                <w:sz w:val="13"/>
              </w:rPr>
              <w:br/>
              <w:t>Введение в биологию №1, 22 задание (часть 1)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</w:t>
            </w:r>
            <w:r>
              <w:rPr>
                <w:color w:val="701426"/>
                <w:sz w:val="13"/>
              </w:rPr>
              <w:br/>
              <w:t>Итоговое сочинение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</w:t>
            </w:r>
            <w:r>
              <w:rPr>
                <w:color w:val="701426"/>
                <w:sz w:val="13"/>
              </w:rPr>
              <w:br/>
              <w:t>Итоговое сочинение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</w:t>
            </w:r>
            <w:r>
              <w:rPr>
                <w:color w:val="371B6B"/>
                <w:sz w:val="13"/>
              </w:rPr>
              <w:br/>
              <w:t>Введение в химию. Работа с ПТ. Строение атома.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</w:t>
            </w:r>
            <w:r>
              <w:rPr>
                <w:color w:val="371B6B"/>
                <w:sz w:val="13"/>
              </w:rPr>
              <w:br/>
              <w:t>Введение в химию. Работа с ПТ. Строение атома.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</w:t>
            </w:r>
            <w:r>
              <w:rPr>
                <w:color w:val="1B4D20"/>
                <w:sz w:val="13"/>
              </w:rPr>
              <w:br/>
              <w:t>Введение в биологию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</w:t>
            </w:r>
            <w:r>
              <w:rPr>
                <w:color w:val="1B4D20"/>
                <w:sz w:val="13"/>
              </w:rPr>
              <w:br/>
              <w:t>Введение в биологию №2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</w:t>
            </w:r>
            <w:r>
              <w:rPr>
                <w:color w:val="701426"/>
                <w:sz w:val="13"/>
              </w:rPr>
              <w:br/>
              <w:t>4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</w:t>
            </w:r>
            <w:r>
              <w:rPr>
                <w:color w:val="701426"/>
                <w:sz w:val="13"/>
              </w:rPr>
              <w:br/>
              <w:t>4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</w:t>
            </w:r>
            <w:r>
              <w:rPr>
                <w:color w:val="371B6B"/>
                <w:sz w:val="13"/>
              </w:rPr>
              <w:br/>
              <w:t>Электронные конфигурации.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</w:t>
            </w:r>
            <w:r>
              <w:rPr>
                <w:color w:val="371B6B"/>
                <w:sz w:val="13"/>
              </w:rPr>
              <w:br/>
              <w:t>Электронные конфигурации.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</w:t>
            </w:r>
            <w:r>
              <w:rPr>
                <w:color w:val="701426"/>
                <w:sz w:val="13"/>
              </w:rPr>
              <w:br/>
              <w:t>«Герой нашего времени»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</w:t>
            </w:r>
            <w:r>
              <w:rPr>
                <w:color w:val="701426"/>
                <w:sz w:val="13"/>
              </w:rPr>
              <w:br/>
              <w:t>«Герой нашего времени»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</w:t>
            </w:r>
            <w:r>
              <w:rPr>
                <w:color w:val="1B4D20"/>
                <w:sz w:val="13"/>
              </w:rPr>
              <w:br/>
              <w:t>22 задание (часть 2)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</w:t>
            </w:r>
            <w:r>
              <w:rPr>
                <w:color w:val="1B4D20"/>
                <w:sz w:val="13"/>
              </w:rPr>
              <w:br/>
              <w:t>22 задание (часть 2)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</w:t>
            </w:r>
            <w:r>
              <w:rPr>
                <w:color w:val="371B6B"/>
                <w:sz w:val="13"/>
              </w:rPr>
              <w:br/>
              <w:t>Электронные конфигурации. Продолжение.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</w:t>
            </w:r>
            <w:r>
              <w:rPr>
                <w:color w:val="371B6B"/>
                <w:sz w:val="13"/>
              </w:rPr>
              <w:br/>
              <w:t>Электронные конфигурации. Продолжение.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</w:t>
            </w:r>
            <w:r>
              <w:rPr>
                <w:color w:val="371B6B"/>
                <w:sz w:val="13"/>
              </w:rPr>
              <w:br/>
              <w:t>Химические связи. Кристаллические решётки.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</w:t>
            </w:r>
            <w:r>
              <w:rPr>
                <w:color w:val="371B6B"/>
                <w:sz w:val="13"/>
              </w:rPr>
              <w:br/>
              <w:t>Химические связи. Кристаллические решётки.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</w:t>
            </w:r>
            <w:r>
              <w:rPr>
                <w:color w:val="701426"/>
                <w:sz w:val="13"/>
              </w:rPr>
              <w:br/>
              <w:t>5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</w:t>
            </w:r>
            <w:r>
              <w:rPr>
                <w:color w:val="701426"/>
                <w:sz w:val="13"/>
              </w:rPr>
              <w:br/>
              <w:t>5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</w:t>
            </w:r>
            <w:r>
              <w:rPr>
                <w:color w:val="371B6B"/>
                <w:sz w:val="13"/>
              </w:rPr>
              <w:br/>
              <w:t>Вся математика для химиков (часть 1).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24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25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26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27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28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29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30 авг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</w:t>
            </w:r>
            <w:r>
              <w:rPr>
                <w:color w:val="1B4D20"/>
                <w:sz w:val="13"/>
              </w:rPr>
              <w:br/>
              <w:t>Биохимия клетки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</w:t>
            </w:r>
            <w:r>
              <w:rPr>
                <w:color w:val="1B4D20"/>
                <w:sz w:val="13"/>
              </w:rPr>
              <w:br/>
              <w:t>Биохимия клетки №1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№2</w:t>
            </w:r>
            <w:r>
              <w:rPr>
                <w:color w:val="701426"/>
                <w:sz w:val="13"/>
              </w:rPr>
              <w:br/>
              <w:t>«Капитанская дочка»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№2</w:t>
            </w:r>
            <w:r>
              <w:rPr>
                <w:color w:val="701426"/>
                <w:sz w:val="13"/>
              </w:rPr>
              <w:br/>
              <w:t>«Капитанская дочка»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</w:t>
            </w:r>
            <w:r>
              <w:rPr>
                <w:color w:val="1B4D20"/>
                <w:sz w:val="13"/>
              </w:rPr>
              <w:br/>
              <w:t>22 задание (часть 2)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</w:t>
            </w:r>
            <w:r>
              <w:rPr>
                <w:color w:val="1B4D20"/>
                <w:sz w:val="13"/>
              </w:rPr>
              <w:br/>
              <w:t>22 задание (часть 2)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</w:t>
            </w:r>
            <w:r>
              <w:rPr>
                <w:color w:val="701426"/>
                <w:sz w:val="13"/>
              </w:rPr>
              <w:br/>
              <w:t>6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</w:t>
            </w:r>
            <w:r>
              <w:rPr>
                <w:color w:val="701426"/>
                <w:sz w:val="13"/>
              </w:rPr>
              <w:br/>
              <w:t>6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</w:t>
            </w:r>
            <w:r>
              <w:rPr>
                <w:color w:val="371B6B"/>
                <w:sz w:val="13"/>
              </w:rPr>
              <w:br/>
              <w:t>Электронные конфигурации. Продолжение.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</w:t>
            </w:r>
            <w:r>
              <w:rPr>
                <w:color w:val="371B6B"/>
                <w:sz w:val="13"/>
              </w:rPr>
              <w:br/>
              <w:t>Электронные конфигурации. Продолжение.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№3</w:t>
            </w:r>
            <w:r>
              <w:rPr>
                <w:color w:val="701426"/>
                <w:sz w:val="13"/>
              </w:rPr>
              <w:br/>
              <w:t>«Отцы и дети»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№3</w:t>
            </w:r>
            <w:r>
              <w:rPr>
                <w:color w:val="701426"/>
                <w:sz w:val="13"/>
              </w:rPr>
              <w:br/>
              <w:t>«Отцы и дети»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</w:t>
            </w:r>
            <w:r>
              <w:rPr>
                <w:color w:val="1B4D20"/>
                <w:sz w:val="13"/>
              </w:rPr>
              <w:br/>
              <w:t>Биохимия клетки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</w:t>
            </w:r>
            <w:r>
              <w:rPr>
                <w:color w:val="1B4D20"/>
                <w:sz w:val="13"/>
              </w:rPr>
              <w:br/>
              <w:t>Биохимия клетки №1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№7</w:t>
            </w:r>
            <w:r>
              <w:rPr>
                <w:color w:val="701426"/>
                <w:sz w:val="13"/>
              </w:rPr>
              <w:br/>
              <w:t>7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№7</w:t>
            </w:r>
            <w:r>
              <w:rPr>
                <w:color w:val="701426"/>
                <w:sz w:val="13"/>
              </w:rPr>
              <w:br/>
              <w:t>7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</w:t>
            </w:r>
            <w:r>
              <w:rPr>
                <w:color w:val="371B6B"/>
                <w:sz w:val="13"/>
              </w:rPr>
              <w:br/>
              <w:t>Химические связи. Кристаллические решётки.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</w:t>
            </w:r>
            <w:r>
              <w:rPr>
                <w:color w:val="371B6B"/>
                <w:sz w:val="13"/>
              </w:rPr>
              <w:br/>
              <w:t>Химические связи. Кристаллические решётки.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№4</w:t>
            </w:r>
            <w:r>
              <w:rPr>
                <w:color w:val="701426"/>
                <w:sz w:val="13"/>
              </w:rPr>
              <w:br/>
              <w:t>«Преступление и наказание»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№4</w:t>
            </w:r>
            <w:r>
              <w:rPr>
                <w:color w:val="701426"/>
                <w:sz w:val="13"/>
              </w:rPr>
              <w:br/>
              <w:t>«Преступление и наказание»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№1</w:t>
            </w:r>
            <w:r>
              <w:rPr>
                <w:color w:val="701426"/>
                <w:sz w:val="13"/>
              </w:rPr>
              <w:br/>
              <w:t>Сочинение ЕГЭ: мифы и реальность. Типы текстов /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</w:t>
            </w:r>
            <w:r>
              <w:rPr>
                <w:color w:val="701426"/>
                <w:sz w:val="13"/>
              </w:rPr>
              <w:br/>
              <w:t>Сочинение ЕГЭ: мифы и реальность. Типы текстов /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</w:t>
            </w:r>
            <w:r>
              <w:rPr>
                <w:color w:val="1B4D20"/>
                <w:sz w:val="13"/>
              </w:rPr>
              <w:br/>
              <w:t>Биохимия клетки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</w:t>
            </w:r>
            <w:r>
              <w:rPr>
                <w:color w:val="1B4D20"/>
                <w:sz w:val="13"/>
              </w:rPr>
              <w:br/>
              <w:t>Биохимия клетки №2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</w:t>
            </w:r>
            <w:r>
              <w:rPr>
                <w:color w:val="371B6B"/>
                <w:sz w:val="13"/>
              </w:rPr>
              <w:br/>
              <w:t>Степень окисления.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</w:t>
            </w:r>
            <w:r>
              <w:rPr>
                <w:color w:val="371B6B"/>
                <w:sz w:val="13"/>
              </w:rPr>
              <w:br/>
              <w:t>Степень окисления.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№6</w:t>
            </w:r>
            <w:r>
              <w:rPr>
                <w:color w:val="371B6B"/>
                <w:sz w:val="13"/>
              </w:rPr>
              <w:br/>
              <w:t>Номенклатура бинарных соединений. Валентность. Структурные формулы.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№6</w:t>
            </w:r>
            <w:r>
              <w:rPr>
                <w:color w:val="371B6B"/>
                <w:sz w:val="13"/>
              </w:rPr>
              <w:br/>
              <w:t>Номенклатура бинарных соединений. Валентность. Структурные формулы.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№2</w:t>
            </w:r>
            <w:r>
              <w:rPr>
                <w:color w:val="371B6B"/>
                <w:sz w:val="13"/>
              </w:rPr>
              <w:br/>
              <w:t>Вся математика для химиков (часть 2).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2: 31 августа — 20 сентября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31 авг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3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4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5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6 сен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</w:t>
            </w:r>
            <w:r>
              <w:rPr>
                <w:color w:val="701426"/>
                <w:sz w:val="13"/>
              </w:rPr>
              <w:br/>
              <w:t>Итоговое сочинение + читаем рассказ Base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</w:t>
            </w:r>
            <w:r>
              <w:rPr>
                <w:color w:val="701426"/>
                <w:sz w:val="13"/>
              </w:rPr>
              <w:br/>
              <w:t>Итоговое сочинение + читаем рассказ Base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№6</w:t>
            </w:r>
            <w:r>
              <w:rPr>
                <w:color w:val="1B4D20"/>
                <w:sz w:val="13"/>
              </w:rPr>
              <w:br/>
              <w:t>Строение клетки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№6</w:t>
            </w:r>
            <w:r>
              <w:rPr>
                <w:color w:val="1B4D20"/>
                <w:sz w:val="13"/>
              </w:rPr>
              <w:br/>
              <w:t>Строение клетки №1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№2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</w:t>
            </w:r>
            <w:r>
              <w:rPr>
                <w:color w:val="1B4D20"/>
                <w:sz w:val="13"/>
              </w:rPr>
              <w:br/>
              <w:t>Биохимия клетки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</w:t>
            </w:r>
            <w:r>
              <w:rPr>
                <w:color w:val="1B4D20"/>
                <w:sz w:val="13"/>
              </w:rPr>
              <w:br/>
              <w:t>Биохимия клетки №2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</w:t>
            </w:r>
            <w:r>
              <w:rPr>
                <w:color w:val="371B6B"/>
                <w:sz w:val="13"/>
              </w:rPr>
              <w:br/>
              <w:t>Степень окисления.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</w:t>
            </w:r>
            <w:r>
              <w:rPr>
                <w:color w:val="371B6B"/>
                <w:sz w:val="13"/>
              </w:rPr>
              <w:br/>
              <w:t>Степень окисления.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№5</w:t>
            </w:r>
            <w:r>
              <w:rPr>
                <w:color w:val="701426"/>
                <w:sz w:val="13"/>
              </w:rPr>
              <w:br/>
              <w:t>«Гроза»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№5</w:t>
            </w:r>
            <w:r>
              <w:rPr>
                <w:color w:val="701426"/>
                <w:sz w:val="13"/>
              </w:rPr>
              <w:br/>
              <w:t>«Гроза»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Тест №1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№6</w:t>
            </w:r>
            <w:r>
              <w:rPr>
                <w:color w:val="1B4D20"/>
                <w:sz w:val="13"/>
              </w:rPr>
              <w:br/>
              <w:t>Строение клетки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№6</w:t>
            </w:r>
            <w:r>
              <w:rPr>
                <w:color w:val="1B4D20"/>
                <w:sz w:val="13"/>
              </w:rPr>
              <w:br/>
              <w:t>Строение клетки №1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№8</w:t>
            </w:r>
            <w:r>
              <w:rPr>
                <w:color w:val="701426"/>
                <w:sz w:val="13"/>
              </w:rPr>
              <w:br/>
              <w:t>8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№8</w:t>
            </w:r>
            <w:r>
              <w:rPr>
                <w:color w:val="701426"/>
                <w:sz w:val="13"/>
              </w:rPr>
              <w:br/>
              <w:t>8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№6</w:t>
            </w:r>
            <w:r>
              <w:rPr>
                <w:color w:val="371B6B"/>
                <w:sz w:val="13"/>
              </w:rPr>
              <w:br/>
              <w:t>Номенклатура бинарных соединений. Валентность. Структурные формулы.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№6</w:t>
            </w:r>
            <w:r>
              <w:rPr>
                <w:color w:val="371B6B"/>
                <w:sz w:val="13"/>
              </w:rPr>
              <w:br/>
              <w:t>Номенклатура бинарных соединений. Валентность. Структурные формулы.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№6</w:t>
            </w:r>
            <w:r>
              <w:rPr>
                <w:color w:val="701426"/>
                <w:sz w:val="13"/>
              </w:rPr>
              <w:br/>
              <w:t>Судьба человека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№6</w:t>
            </w:r>
            <w:r>
              <w:rPr>
                <w:color w:val="701426"/>
                <w:sz w:val="13"/>
              </w:rPr>
              <w:br/>
              <w:t>Судьба человека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входного пробника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№7</w:t>
            </w:r>
            <w:r>
              <w:rPr>
                <w:color w:val="1B4D20"/>
                <w:sz w:val="13"/>
              </w:rPr>
              <w:br/>
              <w:t>Строение клетки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№7</w:t>
            </w:r>
            <w:r>
              <w:rPr>
                <w:color w:val="1B4D20"/>
                <w:sz w:val="13"/>
              </w:rPr>
              <w:br/>
              <w:t>Строение клетки №2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№7</w:t>
            </w:r>
            <w:r>
              <w:rPr>
                <w:color w:val="371B6B"/>
                <w:sz w:val="13"/>
              </w:rPr>
              <w:br/>
              <w:t>Чистые вещества и смеси. Растворы. Массовая доля. Задача 26.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№7</w:t>
            </w:r>
            <w:r>
              <w:rPr>
                <w:color w:val="371B6B"/>
                <w:sz w:val="13"/>
              </w:rPr>
              <w:br/>
              <w:t>Чистые вещества и смеси. Растворы. Массовая доля. Задача 26.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№8</w:t>
            </w:r>
            <w:r>
              <w:rPr>
                <w:color w:val="371B6B"/>
                <w:sz w:val="13"/>
              </w:rPr>
              <w:br/>
              <w:t>Классификация и номенклатура неорганических соединений.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№8</w:t>
            </w:r>
            <w:r>
              <w:rPr>
                <w:color w:val="371B6B"/>
                <w:sz w:val="13"/>
              </w:rPr>
              <w:br/>
              <w:t>Классификация и номенклатура неорганических соединений.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7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8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9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10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11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12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13 сен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№3</w:t>
            </w:r>
            <w:r>
              <w:rPr>
                <w:color w:val="701426"/>
                <w:sz w:val="13"/>
              </w:rPr>
              <w:br/>
              <w:t>Сочинение ЕГЭ.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</w:t>
            </w:r>
            <w:r>
              <w:rPr>
                <w:color w:val="701426"/>
                <w:sz w:val="13"/>
              </w:rPr>
              <w:br/>
              <w:t>Сочинение ЕГЭ.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№8</w:t>
            </w:r>
            <w:r>
              <w:rPr>
                <w:color w:val="1B4D20"/>
                <w:sz w:val="13"/>
              </w:rPr>
              <w:br/>
              <w:t>Метаболизм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№8</w:t>
            </w:r>
            <w:r>
              <w:rPr>
                <w:color w:val="1B4D20"/>
                <w:sz w:val="13"/>
              </w:rPr>
              <w:br/>
              <w:t>Метаболизм №1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8.09 ДО 14.09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№7</w:t>
            </w:r>
            <w:r>
              <w:rPr>
                <w:color w:val="1B4D20"/>
                <w:sz w:val="13"/>
              </w:rPr>
              <w:br/>
              <w:t>Строение клетки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№7</w:t>
            </w:r>
            <w:r>
              <w:rPr>
                <w:color w:val="1B4D20"/>
                <w:sz w:val="13"/>
              </w:rPr>
              <w:br/>
              <w:t>Строение клетки №2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8.09 ДО 14.09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№7</w:t>
            </w:r>
            <w:r>
              <w:rPr>
                <w:color w:val="371B6B"/>
                <w:sz w:val="13"/>
              </w:rPr>
              <w:br/>
              <w:t>Чистые вещества и смеси. Растворы. Виды растворов. Массовая доля. Задача 26.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№7</w:t>
            </w:r>
            <w:r>
              <w:rPr>
                <w:color w:val="371B6B"/>
                <w:sz w:val="13"/>
              </w:rPr>
              <w:br/>
              <w:t>Чистые вещества и смеси. Растворы. Виды растворов. Массовая доля. Задача 26.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№2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№7</w:t>
            </w:r>
            <w:r>
              <w:rPr>
                <w:color w:val="701426"/>
                <w:sz w:val="13"/>
              </w:rPr>
              <w:br/>
              <w:t>«Портрет Дориана Грея»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№7</w:t>
            </w:r>
            <w:r>
              <w:rPr>
                <w:color w:val="701426"/>
                <w:sz w:val="13"/>
              </w:rPr>
              <w:br/>
              <w:t>«Портрет Дориана Грея»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8.09 ДО 14.09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№8</w:t>
            </w:r>
            <w:r>
              <w:rPr>
                <w:color w:val="1B4D20"/>
                <w:sz w:val="13"/>
              </w:rPr>
              <w:br/>
              <w:t>Метаболизм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№8</w:t>
            </w:r>
            <w:r>
              <w:rPr>
                <w:color w:val="1B4D20"/>
                <w:sz w:val="13"/>
              </w:rPr>
              <w:br/>
              <w:t>Метаболизм №1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8.09 ДО 14.09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№8</w:t>
            </w:r>
            <w:r>
              <w:rPr>
                <w:color w:val="371B6B"/>
                <w:sz w:val="13"/>
              </w:rPr>
              <w:br/>
              <w:t>Классификация и номенклатура неорганических соединений.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№8</w:t>
            </w:r>
            <w:r>
              <w:rPr>
                <w:color w:val="371B6B"/>
                <w:sz w:val="13"/>
              </w:rPr>
              <w:br/>
              <w:t>Классификация и номенклатура неорганических соединений.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№8</w:t>
            </w:r>
            <w:r>
              <w:rPr>
                <w:color w:val="701426"/>
                <w:sz w:val="13"/>
              </w:rPr>
              <w:br/>
              <w:t>«Пиковая дама»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№8</w:t>
            </w:r>
            <w:r>
              <w:rPr>
                <w:color w:val="701426"/>
                <w:sz w:val="13"/>
              </w:rPr>
              <w:br/>
              <w:t>«Пиковая дама»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8.09 ДО 14.09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№4</w:t>
            </w:r>
            <w:r>
              <w:rPr>
                <w:color w:val="701426"/>
                <w:sz w:val="13"/>
              </w:rPr>
              <w:br/>
              <w:t>Жёсткая нарешка заданий 4-8. Сложные тексты ЕГЭ /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№4</w:t>
            </w:r>
            <w:r>
              <w:rPr>
                <w:color w:val="701426"/>
                <w:sz w:val="13"/>
              </w:rPr>
              <w:br/>
              <w:t>Жёсткая нарешка заданий 4-8. Сложные тексты ЕГЭ /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№9</w:t>
            </w:r>
            <w:r>
              <w:rPr>
                <w:color w:val="1B4D20"/>
                <w:sz w:val="13"/>
              </w:rPr>
              <w:br/>
              <w:t>Метаболизм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№9</w:t>
            </w:r>
            <w:r>
              <w:rPr>
                <w:color w:val="1B4D20"/>
                <w:sz w:val="13"/>
              </w:rPr>
              <w:br/>
              <w:t>Метаболизм №2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№9</w:t>
            </w:r>
            <w:r>
              <w:rPr>
                <w:color w:val="371B6B"/>
                <w:sz w:val="13"/>
              </w:rPr>
              <w:br/>
              <w:t>Периодический закон.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№9</w:t>
            </w:r>
            <w:r>
              <w:rPr>
                <w:color w:val="371B6B"/>
                <w:sz w:val="13"/>
              </w:rPr>
              <w:br/>
              <w:t>Периодический закон.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№10</w:t>
            </w:r>
            <w:r>
              <w:rPr>
                <w:color w:val="371B6B"/>
                <w:sz w:val="13"/>
              </w:rPr>
              <w:br/>
              <w:t>Химическая реакция. Уравнение химической реакции. Классификация реакций. Скорость реакций.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№10</w:t>
            </w:r>
            <w:r>
              <w:rPr>
                <w:color w:val="371B6B"/>
                <w:sz w:val="13"/>
              </w:rPr>
              <w:br/>
              <w:t>Химическая реакция. Уравнение химической реакции. Классификация реакций. Скорость реакций.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8.09 ДО 14.09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Онлайн-разбор пробника №2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14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15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16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17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18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19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20 сен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8.09 ДО 14.09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№5</w:t>
            </w:r>
            <w:r>
              <w:rPr>
                <w:color w:val="701426"/>
                <w:sz w:val="13"/>
              </w:rPr>
              <w:br/>
              <w:t>Праздничное решение варианта + Посвящение в НОО.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№5</w:t>
            </w:r>
            <w:r>
              <w:rPr>
                <w:color w:val="701426"/>
                <w:sz w:val="13"/>
              </w:rPr>
              <w:br/>
              <w:t>Праздничное решение варианта + Посвящение в НОО.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№10</w:t>
            </w:r>
            <w:r>
              <w:rPr>
                <w:color w:val="1B4D20"/>
                <w:sz w:val="13"/>
              </w:rPr>
              <w:br/>
              <w:t>Матричные реакции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№10</w:t>
            </w:r>
            <w:r>
              <w:rPr>
                <w:color w:val="1B4D20"/>
                <w:sz w:val="13"/>
              </w:rPr>
              <w:br/>
              <w:t>Матричные реакции №1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№3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№9</w:t>
            </w:r>
            <w:r>
              <w:rPr>
                <w:color w:val="1B4D20"/>
                <w:sz w:val="13"/>
              </w:rPr>
              <w:br/>
              <w:t>Метаболизм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№9</w:t>
            </w:r>
            <w:r>
              <w:rPr>
                <w:color w:val="1B4D20"/>
                <w:sz w:val="13"/>
              </w:rPr>
              <w:br/>
              <w:t>Метаболизм №2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Пробник №2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№9</w:t>
            </w:r>
            <w:r>
              <w:rPr>
                <w:color w:val="371B6B"/>
                <w:sz w:val="13"/>
              </w:rPr>
              <w:br/>
              <w:t>Периодический закон.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№9</w:t>
            </w:r>
            <w:r>
              <w:rPr>
                <w:color w:val="371B6B"/>
                <w:sz w:val="13"/>
              </w:rPr>
              <w:br/>
              <w:t>Периодический закон.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№9</w:t>
            </w:r>
            <w:r>
              <w:rPr>
                <w:color w:val="701426"/>
                <w:sz w:val="13"/>
              </w:rPr>
              <w:br/>
              <w:t>Сочинение ЕГЭ: авторская позиция, комментарий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№9</w:t>
            </w:r>
            <w:r>
              <w:rPr>
                <w:color w:val="701426"/>
                <w:sz w:val="13"/>
              </w:rPr>
              <w:br/>
              <w:t>Сочинение ЕГЭ: авторская позиция, комментарий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№10</w:t>
            </w:r>
            <w:r>
              <w:rPr>
                <w:color w:val="1B4D20"/>
                <w:sz w:val="13"/>
              </w:rPr>
              <w:br/>
              <w:t>Матричные реакции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№10</w:t>
            </w:r>
            <w:r>
              <w:rPr>
                <w:color w:val="1B4D20"/>
                <w:sz w:val="13"/>
              </w:rPr>
              <w:br/>
              <w:t>Матричные реакции №1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№10</w:t>
            </w:r>
            <w:r>
              <w:rPr>
                <w:color w:val="371B6B"/>
                <w:sz w:val="13"/>
              </w:rPr>
              <w:br/>
              <w:t>Химическая реакция. Уравнение химической реакции. Классификация реакций. Скорость реакций.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№10</w:t>
            </w:r>
            <w:r>
              <w:rPr>
                <w:color w:val="371B6B"/>
                <w:sz w:val="13"/>
              </w:rPr>
              <w:br/>
              <w:t>Химическая реакция. Уравнение химической реакции. Классификация реакций. Скорость реакций.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№10</w:t>
            </w:r>
            <w:r>
              <w:rPr>
                <w:color w:val="701426"/>
                <w:sz w:val="13"/>
              </w:rPr>
              <w:br/>
              <w:t>Сочинение ЕГЭ: уроки по связям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№10</w:t>
            </w:r>
            <w:r>
              <w:rPr>
                <w:color w:val="701426"/>
                <w:sz w:val="13"/>
              </w:rPr>
              <w:br/>
              <w:t>Сочинение ЕГЭ: уроки по связям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№11</w:t>
            </w:r>
            <w:r>
              <w:rPr>
                <w:color w:val="1B4D20"/>
                <w:sz w:val="13"/>
              </w:rPr>
              <w:br/>
              <w:t>Матричные реакции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№11</w:t>
            </w:r>
            <w:r>
              <w:rPr>
                <w:color w:val="1B4D20"/>
                <w:sz w:val="13"/>
              </w:rPr>
              <w:br/>
              <w:t>Матричные реакции №2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№11</w:t>
            </w:r>
            <w:r>
              <w:rPr>
                <w:color w:val="371B6B"/>
                <w:sz w:val="13"/>
              </w:rPr>
              <w:br/>
              <w:t>Формулы в химии. Расчёты по уравнению реакции. Простейшие задачи.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№11</w:t>
            </w:r>
            <w:r>
              <w:rPr>
                <w:color w:val="371B6B"/>
                <w:sz w:val="13"/>
              </w:rPr>
              <w:br/>
              <w:t>Формулы в химии. Расчёты по уравнению реакции. Простейшие задачи.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№12</w:t>
            </w:r>
            <w:r>
              <w:rPr>
                <w:color w:val="371B6B"/>
                <w:sz w:val="13"/>
              </w:rPr>
              <w:br/>
              <w:t>Основы ОВР. Электронный баланс.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№12</w:t>
            </w:r>
            <w:r>
              <w:rPr>
                <w:color w:val="371B6B"/>
                <w:sz w:val="13"/>
              </w:rPr>
              <w:br/>
              <w:t>Основы ОВР. Электронный баланс.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№11</w:t>
            </w:r>
            <w:r>
              <w:rPr>
                <w:color w:val="701426"/>
                <w:sz w:val="13"/>
              </w:rPr>
              <w:br/>
              <w:t>Сочинение ЕГЭ: своя позиция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№11</w:t>
            </w:r>
            <w:r>
              <w:rPr>
                <w:color w:val="701426"/>
                <w:sz w:val="13"/>
              </w:rPr>
              <w:br/>
              <w:t>Сочинение ЕГЭ: своя позиция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3: 21 сентября — 11 октября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21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22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23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24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25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26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27 сен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№6</w:t>
            </w:r>
            <w:r>
              <w:rPr>
                <w:color w:val="701426"/>
                <w:sz w:val="13"/>
              </w:rPr>
              <w:br/>
              <w:t>Сочинение ЕГЭ Комментарим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№6</w:t>
            </w:r>
            <w:r>
              <w:rPr>
                <w:color w:val="701426"/>
                <w:sz w:val="13"/>
              </w:rPr>
              <w:br/>
              <w:t>Сочинение ЕГЭ Комментарим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№11.1</w:t>
            </w:r>
            <w:r>
              <w:rPr>
                <w:color w:val="1B4D20"/>
                <w:sz w:val="13"/>
              </w:rPr>
              <w:br/>
              <w:t>Решение задач на биосинтез белка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№11.1</w:t>
            </w:r>
            <w:r>
              <w:rPr>
                <w:color w:val="1B4D20"/>
                <w:sz w:val="13"/>
              </w:rPr>
              <w:br/>
              <w:t>Решение задач на биосинтез белка №1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№12</w:t>
            </w:r>
            <w:r>
              <w:rPr>
                <w:color w:val="701426"/>
                <w:sz w:val="13"/>
              </w:rPr>
              <w:br/>
              <w:t>4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№12</w:t>
            </w:r>
            <w:r>
              <w:rPr>
                <w:color w:val="701426"/>
                <w:sz w:val="13"/>
              </w:rPr>
              <w:br/>
              <w:t>4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№11</w:t>
            </w:r>
            <w:r>
              <w:rPr>
                <w:color w:val="371B6B"/>
                <w:sz w:val="13"/>
              </w:rPr>
              <w:br/>
              <w:t>Формулы в химии. Расчёты по уравнению реакции. Простейшие задачи.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№11</w:t>
            </w:r>
            <w:r>
              <w:rPr>
                <w:color w:val="371B6B"/>
                <w:sz w:val="13"/>
              </w:rPr>
              <w:br/>
              <w:t>Формулы в химии. Расчёты по уравнению реакции. Простейшие задачи.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№3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№11.2</w:t>
            </w:r>
            <w:r>
              <w:rPr>
                <w:color w:val="1B4D20"/>
                <w:sz w:val="13"/>
              </w:rPr>
              <w:br/>
              <w:t>Решение задач на биосинтез белка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№11.2</w:t>
            </w:r>
            <w:r>
              <w:rPr>
                <w:color w:val="1B4D20"/>
                <w:sz w:val="13"/>
              </w:rPr>
              <w:br/>
              <w:t>Решение задач на биосинтез белка №2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№13</w:t>
            </w:r>
            <w:r>
              <w:rPr>
                <w:color w:val="701426"/>
                <w:sz w:val="13"/>
              </w:rPr>
              <w:br/>
              <w:t>5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№13</w:t>
            </w:r>
            <w:r>
              <w:rPr>
                <w:color w:val="701426"/>
                <w:sz w:val="13"/>
              </w:rPr>
              <w:br/>
              <w:t>5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№12</w:t>
            </w:r>
            <w:r>
              <w:rPr>
                <w:color w:val="371B6B"/>
                <w:sz w:val="13"/>
              </w:rPr>
              <w:br/>
              <w:t>Основы ОВР. Электронный баланс.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№12</w:t>
            </w:r>
            <w:r>
              <w:rPr>
                <w:color w:val="371B6B"/>
                <w:sz w:val="13"/>
              </w:rPr>
              <w:br/>
              <w:t>Основы ОВР. Электронный баланс.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№2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№13</w:t>
            </w:r>
            <w:r>
              <w:rPr>
                <w:color w:val="371B6B"/>
                <w:sz w:val="13"/>
              </w:rPr>
              <w:br/>
              <w:t>Химические свойства оксидов: основных и кислотных.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№13</w:t>
            </w:r>
            <w:r>
              <w:rPr>
                <w:color w:val="371B6B"/>
                <w:sz w:val="13"/>
              </w:rPr>
              <w:br/>
              <w:t>Химические свойства оксидов: основных и кислотных.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№14</w:t>
            </w:r>
            <w:r>
              <w:rPr>
                <w:color w:val="371B6B"/>
                <w:sz w:val="13"/>
              </w:rPr>
              <w:br/>
              <w:t>Химические свойства оснований.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№14</w:t>
            </w:r>
            <w:r>
              <w:rPr>
                <w:color w:val="371B6B"/>
                <w:sz w:val="13"/>
              </w:rPr>
              <w:br/>
              <w:t>Химические свойства оснований.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№7</w:t>
            </w:r>
            <w:r>
              <w:rPr>
                <w:color w:val="701426"/>
                <w:sz w:val="13"/>
              </w:rPr>
              <w:br/>
              <w:t>К1-К3 на максимум. Разбор работ.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№7</w:t>
            </w:r>
            <w:r>
              <w:rPr>
                <w:color w:val="701426"/>
                <w:sz w:val="13"/>
              </w:rPr>
              <w:br/>
              <w:t>К1-К3 на максимум. Разбор работ.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№14</w:t>
            </w:r>
            <w:r>
              <w:rPr>
                <w:color w:val="701426"/>
                <w:sz w:val="13"/>
              </w:rPr>
              <w:br/>
              <w:t>6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№14</w:t>
            </w:r>
            <w:r>
              <w:rPr>
                <w:color w:val="701426"/>
                <w:sz w:val="13"/>
              </w:rPr>
              <w:br/>
              <w:t>6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№3</w:t>
            </w:r>
            <w:r>
              <w:rPr>
                <w:color w:val="371B6B"/>
                <w:sz w:val="13"/>
              </w:rPr>
              <w:br/>
              <w:t>Задача 26. Молярные концентрации.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28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29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30 сен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3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4 окт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№12</w:t>
            </w:r>
            <w:r>
              <w:rPr>
                <w:color w:val="1B4D20"/>
                <w:sz w:val="13"/>
              </w:rPr>
              <w:br/>
              <w:t>Деление клетки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№12</w:t>
            </w:r>
            <w:r>
              <w:rPr>
                <w:color w:val="1B4D20"/>
                <w:sz w:val="13"/>
              </w:rPr>
              <w:br/>
              <w:t>Деление клетки №1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№4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№15</w:t>
            </w:r>
            <w:r>
              <w:rPr>
                <w:color w:val="701426"/>
                <w:sz w:val="13"/>
              </w:rPr>
              <w:br/>
              <w:t>7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№15</w:t>
            </w:r>
            <w:r>
              <w:rPr>
                <w:color w:val="701426"/>
                <w:sz w:val="13"/>
              </w:rPr>
              <w:br/>
              <w:t>7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№11.3</w:t>
            </w:r>
            <w:r>
              <w:rPr>
                <w:color w:val="1B4D20"/>
                <w:sz w:val="13"/>
              </w:rPr>
              <w:br/>
              <w:t>Решение задач на биосинтез белка №3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№11.3</w:t>
            </w:r>
            <w:r>
              <w:rPr>
                <w:color w:val="1B4D20"/>
                <w:sz w:val="13"/>
              </w:rPr>
              <w:br/>
              <w:t>Решение задач на биосинтез белка №3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№13</w:t>
            </w:r>
            <w:r>
              <w:rPr>
                <w:color w:val="371B6B"/>
                <w:sz w:val="13"/>
              </w:rPr>
              <w:br/>
              <w:t>Химические свойства оксидов: основных и кислотных.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№13</w:t>
            </w:r>
            <w:r>
              <w:rPr>
                <w:color w:val="371B6B"/>
                <w:sz w:val="13"/>
              </w:rPr>
              <w:br/>
              <w:t>Химические свойства оксидов: основных и кислотных.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№16</w:t>
            </w:r>
            <w:r>
              <w:rPr>
                <w:color w:val="701426"/>
                <w:sz w:val="13"/>
              </w:rPr>
              <w:br/>
              <w:t>8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№16</w:t>
            </w:r>
            <w:r>
              <w:rPr>
                <w:color w:val="701426"/>
                <w:sz w:val="13"/>
              </w:rPr>
              <w:br/>
              <w:t>8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№12</w:t>
            </w:r>
            <w:r>
              <w:rPr>
                <w:color w:val="1B4D20"/>
                <w:sz w:val="13"/>
              </w:rPr>
              <w:br/>
              <w:t>Деление клетки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№12</w:t>
            </w:r>
            <w:r>
              <w:rPr>
                <w:color w:val="1B4D20"/>
                <w:sz w:val="13"/>
              </w:rPr>
              <w:br/>
              <w:t>Деление клетки №1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Практика №14</w:t>
            </w:r>
            <w:r>
              <w:rPr>
                <w:color w:val="371B6B"/>
                <w:sz w:val="13"/>
              </w:rPr>
              <w:br/>
              <w:t>Химические свойства оснований.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№14</w:t>
            </w:r>
            <w:r>
              <w:rPr>
                <w:color w:val="371B6B"/>
                <w:sz w:val="13"/>
              </w:rPr>
              <w:br/>
              <w:t>Химические свойства оснований.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Зачёт №2 (до 11.10)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Тест №2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№13</w:t>
            </w:r>
            <w:r>
              <w:rPr>
                <w:color w:val="1B4D20"/>
                <w:sz w:val="13"/>
              </w:rPr>
              <w:br/>
              <w:t>Деление клетки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№13</w:t>
            </w:r>
            <w:r>
              <w:rPr>
                <w:color w:val="1B4D20"/>
                <w:sz w:val="13"/>
              </w:rPr>
              <w:br/>
              <w:t>Деление клетки №2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№15</w:t>
            </w:r>
            <w:r>
              <w:rPr>
                <w:color w:val="371B6B"/>
                <w:sz w:val="13"/>
              </w:rPr>
              <w:br/>
              <w:t>Химические свойства кислот. Кислоты-окислители.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№15</w:t>
            </w:r>
            <w:r>
              <w:rPr>
                <w:color w:val="371B6B"/>
                <w:sz w:val="13"/>
              </w:rPr>
              <w:br/>
              <w:t>Химические свойства кислот. Кислоты-окислители.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№16</w:t>
            </w:r>
            <w:r>
              <w:rPr>
                <w:color w:val="371B6B"/>
                <w:sz w:val="13"/>
              </w:rPr>
              <w:br/>
              <w:t>Выход реакции. Примеси. Задача 28.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№16</w:t>
            </w:r>
            <w:r>
              <w:rPr>
                <w:color w:val="371B6B"/>
                <w:sz w:val="13"/>
              </w:rPr>
              <w:br/>
              <w:t>Выход реакции. Примеси. Задача 28.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№17</w:t>
            </w:r>
            <w:r>
              <w:rPr>
                <w:color w:val="701426"/>
                <w:sz w:val="13"/>
              </w:rPr>
              <w:br/>
              <w:t>22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№17</w:t>
            </w:r>
            <w:r>
              <w:rPr>
                <w:color w:val="701426"/>
                <w:sz w:val="13"/>
              </w:rPr>
              <w:br/>
              <w:t>22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№4</w:t>
            </w:r>
            <w:r>
              <w:rPr>
                <w:color w:val="371B6B"/>
                <w:sz w:val="13"/>
              </w:rPr>
              <w:br/>
              <w:t>Формулы в химии. Дополнительная отработка.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5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6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7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8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9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10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11 окт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№8</w:t>
            </w:r>
            <w:r>
              <w:rPr>
                <w:color w:val="701426"/>
                <w:sz w:val="13"/>
              </w:rPr>
              <w:br/>
              <w:t>МЕГАВЕБИНАР по заданиям 4-8, 22.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№8</w:t>
            </w:r>
            <w:r>
              <w:rPr>
                <w:color w:val="701426"/>
                <w:sz w:val="13"/>
              </w:rPr>
              <w:br/>
              <w:t>МЕГАВЕБИНАР по заданиям 4-8, 22.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№14</w:t>
            </w:r>
            <w:r>
              <w:rPr>
                <w:color w:val="1B4D20"/>
                <w:sz w:val="13"/>
              </w:rPr>
              <w:br/>
              <w:t>Гаметогенез, Размножение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№14</w:t>
            </w:r>
            <w:r>
              <w:rPr>
                <w:color w:val="1B4D20"/>
                <w:sz w:val="13"/>
              </w:rPr>
              <w:br/>
              <w:t>Гаметогенез, Размножение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№13</w:t>
            </w:r>
            <w:r>
              <w:rPr>
                <w:color w:val="1B4D20"/>
                <w:sz w:val="13"/>
              </w:rPr>
              <w:br/>
              <w:t>Деление клетки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№13</w:t>
            </w:r>
            <w:r>
              <w:rPr>
                <w:color w:val="1B4D20"/>
                <w:sz w:val="13"/>
              </w:rPr>
              <w:br/>
              <w:t>Деление клетки №2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№15</w:t>
            </w:r>
            <w:r>
              <w:rPr>
                <w:color w:val="371B6B"/>
                <w:sz w:val="13"/>
              </w:rPr>
              <w:br/>
              <w:t>Химические свойства кислот. Кислоты-окислители.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№15</w:t>
            </w:r>
            <w:r>
              <w:rPr>
                <w:color w:val="371B6B"/>
                <w:sz w:val="13"/>
              </w:rPr>
              <w:br/>
              <w:t>Химические свойства кислот. Кислоты-окислители.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№4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№18</w:t>
            </w:r>
            <w:r>
              <w:rPr>
                <w:color w:val="701426"/>
                <w:sz w:val="13"/>
              </w:rPr>
              <w:br/>
              <w:t>9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№18</w:t>
            </w:r>
            <w:r>
              <w:rPr>
                <w:color w:val="701426"/>
                <w:sz w:val="13"/>
              </w:rPr>
              <w:br/>
              <w:t>9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№9</w:t>
            </w:r>
            <w:r>
              <w:rPr>
                <w:color w:val="701426"/>
                <w:sz w:val="13"/>
              </w:rPr>
              <w:br/>
              <w:t>«Обломов»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№9</w:t>
            </w:r>
            <w:r>
              <w:rPr>
                <w:color w:val="701426"/>
                <w:sz w:val="13"/>
              </w:rPr>
              <w:br/>
              <w:t>«Обломов»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№14</w:t>
            </w:r>
            <w:r>
              <w:rPr>
                <w:color w:val="1B4D20"/>
                <w:sz w:val="13"/>
              </w:rPr>
              <w:br/>
              <w:t>Гаметогенез, Размножение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№14</w:t>
            </w:r>
            <w:r>
              <w:rPr>
                <w:color w:val="1B4D20"/>
                <w:sz w:val="13"/>
              </w:rPr>
              <w:br/>
              <w:t>Гаметогенез, Размножение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№16</w:t>
            </w:r>
            <w:r>
              <w:rPr>
                <w:color w:val="371B6B"/>
                <w:sz w:val="13"/>
              </w:rPr>
              <w:br/>
              <w:t>Выход реакции. Примеси. Задача 28.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№16</w:t>
            </w:r>
            <w:r>
              <w:rPr>
                <w:color w:val="371B6B"/>
                <w:sz w:val="13"/>
              </w:rPr>
              <w:br/>
              <w:t>Выход реакции. Примеси. Задача 28.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№19</w:t>
            </w:r>
            <w:r>
              <w:rPr>
                <w:color w:val="701426"/>
                <w:sz w:val="13"/>
              </w:rPr>
              <w:br/>
              <w:t>10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№19</w:t>
            </w:r>
            <w:r>
              <w:rPr>
                <w:color w:val="701426"/>
                <w:sz w:val="13"/>
              </w:rPr>
              <w:br/>
              <w:t>10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10.10 ДО 14.10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№3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№9</w:t>
            </w:r>
            <w:r>
              <w:rPr>
                <w:color w:val="701426"/>
                <w:sz w:val="13"/>
              </w:rPr>
              <w:br/>
              <w:t>Жёсткая нарешка заданий 4-8. К9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№9</w:t>
            </w:r>
            <w:r>
              <w:rPr>
                <w:color w:val="701426"/>
                <w:sz w:val="13"/>
              </w:rPr>
              <w:br/>
              <w:t>Жёсткая нарешка заданий 4-8. К9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№15</w:t>
            </w:r>
            <w:r>
              <w:rPr>
                <w:color w:val="1B4D20"/>
                <w:sz w:val="13"/>
              </w:rPr>
              <w:br/>
              <w:t>Онтогенез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№15</w:t>
            </w:r>
            <w:r>
              <w:rPr>
                <w:color w:val="1B4D20"/>
                <w:sz w:val="13"/>
              </w:rPr>
              <w:br/>
              <w:t>Онтогенез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№17</w:t>
            </w:r>
            <w:r>
              <w:rPr>
                <w:color w:val="371B6B"/>
                <w:sz w:val="13"/>
              </w:rPr>
              <w:br/>
              <w:t>Амфотерность. Химические свойства амфотерных оксидов и гидроксидов.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№17</w:t>
            </w:r>
            <w:r>
              <w:rPr>
                <w:color w:val="371B6B"/>
                <w:sz w:val="13"/>
              </w:rPr>
              <w:br/>
              <w:t>Амфотерность. Химические свойства амфотерных оксидов и гидроксидов.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№18</w:t>
            </w:r>
            <w:r>
              <w:rPr>
                <w:color w:val="371B6B"/>
                <w:sz w:val="13"/>
              </w:rPr>
              <w:br/>
              <w:t>Химические свойства средних солей.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№18</w:t>
            </w:r>
            <w:r>
              <w:rPr>
                <w:color w:val="371B6B"/>
                <w:sz w:val="13"/>
              </w:rPr>
              <w:br/>
              <w:t>Химические свойства средних солей.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10.10 ДО 14.10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Онлайн-разбор пробника №4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4: 12 октября — 1 ноября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12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13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14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15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16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17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18 окт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10.10 ДО 14.10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№10</w:t>
            </w:r>
            <w:r>
              <w:rPr>
                <w:color w:val="701426"/>
                <w:sz w:val="13"/>
              </w:rPr>
              <w:br/>
              <w:t>Сочинение ЕГЭ + 9 и 10 задания.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№10</w:t>
            </w:r>
            <w:r>
              <w:rPr>
                <w:color w:val="701426"/>
                <w:sz w:val="13"/>
              </w:rPr>
              <w:br/>
              <w:t>Сочинение ЕГЭ + 9 и 10 задания.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№16</w:t>
            </w:r>
            <w:r>
              <w:rPr>
                <w:color w:val="1B4D20"/>
                <w:sz w:val="13"/>
              </w:rPr>
              <w:br/>
              <w:t>Бактерии и вирусы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№16</w:t>
            </w:r>
            <w:r>
              <w:rPr>
                <w:color w:val="1B4D20"/>
                <w:sz w:val="13"/>
              </w:rPr>
              <w:br/>
              <w:t>Бактерии и вирусы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№5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10.10 ДО 14.10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№15</w:t>
            </w:r>
            <w:r>
              <w:rPr>
                <w:color w:val="1B4D20"/>
                <w:sz w:val="13"/>
              </w:rPr>
              <w:br/>
              <w:t>Онтогенез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№15</w:t>
            </w:r>
            <w:r>
              <w:rPr>
                <w:color w:val="1B4D20"/>
                <w:sz w:val="13"/>
              </w:rPr>
              <w:br/>
              <w:t>Онтогенез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10.10 ДО 14.10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№17</w:t>
            </w:r>
            <w:r>
              <w:rPr>
                <w:color w:val="371B6B"/>
                <w:sz w:val="13"/>
              </w:rPr>
              <w:br/>
              <w:t>Амфотерность. Химические свойства амфотерных оксидов и гидроксидов.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№17</w:t>
            </w:r>
            <w:r>
              <w:rPr>
                <w:color w:val="371B6B"/>
                <w:sz w:val="13"/>
              </w:rPr>
              <w:br/>
              <w:t>Амфотерность. Химические свойства амфотерных оксидов и гидроксидов.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№20</w:t>
            </w:r>
            <w:r>
              <w:rPr>
                <w:color w:val="701426"/>
                <w:sz w:val="13"/>
              </w:rPr>
              <w:br/>
              <w:t>11 задание (часть 1)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№20</w:t>
            </w:r>
            <w:r>
              <w:rPr>
                <w:color w:val="701426"/>
                <w:sz w:val="13"/>
              </w:rPr>
              <w:br/>
              <w:t>11 задание (часть 1)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№10</w:t>
            </w:r>
            <w:r>
              <w:rPr>
                <w:color w:val="701426"/>
                <w:sz w:val="13"/>
              </w:rPr>
              <w:br/>
              <w:t>«Юшка»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№10</w:t>
            </w:r>
            <w:r>
              <w:rPr>
                <w:color w:val="701426"/>
                <w:sz w:val="13"/>
              </w:rPr>
              <w:br/>
              <w:t>«Юшка»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№16</w:t>
            </w:r>
            <w:r>
              <w:rPr>
                <w:color w:val="1B4D20"/>
                <w:sz w:val="13"/>
              </w:rPr>
              <w:br/>
              <w:t>Бактерии и вирусы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№16</w:t>
            </w:r>
            <w:r>
              <w:rPr>
                <w:color w:val="1B4D20"/>
                <w:sz w:val="13"/>
              </w:rPr>
              <w:br/>
              <w:t>Бактерии и вирусы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№3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№18</w:t>
            </w:r>
            <w:r>
              <w:rPr>
                <w:color w:val="371B6B"/>
                <w:sz w:val="13"/>
              </w:rPr>
              <w:br/>
              <w:t>Химические свойства средних солей.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№18</w:t>
            </w:r>
            <w:r>
              <w:rPr>
                <w:color w:val="371B6B"/>
                <w:sz w:val="13"/>
              </w:rPr>
              <w:br/>
              <w:t>Химические свойства средних солей.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№21</w:t>
            </w:r>
            <w:r>
              <w:rPr>
                <w:color w:val="701426"/>
                <w:sz w:val="13"/>
              </w:rPr>
              <w:br/>
              <w:t>11 задание (часть 2)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№21</w:t>
            </w:r>
            <w:r>
              <w:rPr>
                <w:color w:val="701426"/>
                <w:sz w:val="13"/>
              </w:rPr>
              <w:br/>
              <w:t>11 задание (часть 2)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№17</w:t>
            </w:r>
            <w:r>
              <w:rPr>
                <w:color w:val="1B4D20"/>
                <w:sz w:val="13"/>
              </w:rPr>
              <w:br/>
              <w:t>Грибы и лишайники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№17</w:t>
            </w:r>
            <w:r>
              <w:rPr>
                <w:color w:val="1B4D20"/>
                <w:sz w:val="13"/>
              </w:rPr>
              <w:br/>
              <w:t>Грибы и лишайники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Зачет №2 до 25.10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№19</w:t>
            </w:r>
            <w:r>
              <w:rPr>
                <w:color w:val="371B6B"/>
                <w:sz w:val="13"/>
              </w:rPr>
              <w:br/>
              <w:t>Химические свойства кислых, основных и комплексных солей.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№19</w:t>
            </w:r>
            <w:r>
              <w:rPr>
                <w:color w:val="371B6B"/>
                <w:sz w:val="13"/>
              </w:rPr>
              <w:br/>
              <w:t>Химические свойства кислых, основных и комплексных солей.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№20</w:t>
            </w:r>
            <w:r>
              <w:rPr>
                <w:color w:val="371B6B"/>
                <w:sz w:val="13"/>
              </w:rPr>
              <w:br/>
              <w:t>Задача 23. Задача 27.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№20</w:t>
            </w:r>
            <w:r>
              <w:rPr>
                <w:color w:val="371B6B"/>
                <w:sz w:val="13"/>
              </w:rPr>
              <w:br/>
              <w:t>Задача 23. Задача 27.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№5</w:t>
            </w:r>
            <w:r>
              <w:rPr>
                <w:color w:val="371B6B"/>
                <w:sz w:val="13"/>
              </w:rPr>
              <w:br/>
              <w:t>Задача 28. Дополнительная отработка.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19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20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21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22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23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24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25 окт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№11</w:t>
            </w:r>
            <w:r>
              <w:rPr>
                <w:color w:val="701426"/>
                <w:sz w:val="13"/>
              </w:rPr>
              <w:br/>
              <w:t>Итоговое сочинение + читаем рассказы Base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№11</w:t>
            </w:r>
            <w:r>
              <w:rPr>
                <w:color w:val="701426"/>
                <w:sz w:val="13"/>
              </w:rPr>
              <w:br/>
              <w:t>Итоговое сочинение + читаем рассказы Base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№18</w:t>
            </w:r>
            <w:r>
              <w:rPr>
                <w:color w:val="1B4D20"/>
                <w:sz w:val="13"/>
              </w:rPr>
              <w:br/>
              <w:t>Основы и методы генетики, Изменчивость, Наследственные заболевания человека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№18</w:t>
            </w:r>
            <w:r>
              <w:rPr>
                <w:color w:val="1B4D20"/>
                <w:sz w:val="13"/>
              </w:rPr>
              <w:br/>
              <w:t>Основы и методы генетики, Изменчивость, Наследственные заболевания человека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№17</w:t>
            </w:r>
            <w:r>
              <w:rPr>
                <w:color w:val="1B4D20"/>
                <w:sz w:val="13"/>
              </w:rPr>
              <w:br/>
              <w:t>Грибы и лишайники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№17</w:t>
            </w:r>
            <w:r>
              <w:rPr>
                <w:color w:val="1B4D20"/>
                <w:sz w:val="13"/>
              </w:rPr>
              <w:br/>
              <w:t>Грибы и лишайники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№19</w:t>
            </w:r>
            <w:r>
              <w:rPr>
                <w:color w:val="371B6B"/>
                <w:sz w:val="13"/>
              </w:rPr>
              <w:br/>
              <w:t>Химические свойства кислых, основных и комплексных солей.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№19</w:t>
            </w:r>
            <w:r>
              <w:rPr>
                <w:color w:val="371B6B"/>
                <w:sz w:val="13"/>
              </w:rPr>
              <w:br/>
              <w:t>Химические свойства кислых, основных и комплексных солей.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№5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№22</w:t>
            </w:r>
            <w:r>
              <w:rPr>
                <w:color w:val="701426"/>
                <w:sz w:val="13"/>
              </w:rPr>
              <w:br/>
              <w:t>12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№22</w:t>
            </w:r>
            <w:r>
              <w:rPr>
                <w:color w:val="701426"/>
                <w:sz w:val="13"/>
              </w:rPr>
              <w:br/>
              <w:t>12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№11</w:t>
            </w:r>
            <w:r>
              <w:rPr>
                <w:color w:val="701426"/>
                <w:sz w:val="13"/>
              </w:rPr>
              <w:br/>
              <w:t>«Старуха Изергиль»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№11</w:t>
            </w:r>
            <w:r>
              <w:rPr>
                <w:color w:val="701426"/>
                <w:sz w:val="13"/>
              </w:rPr>
              <w:br/>
              <w:t>«Старуха Изергиль»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№18</w:t>
            </w:r>
            <w:r>
              <w:rPr>
                <w:color w:val="1B4D20"/>
                <w:sz w:val="13"/>
              </w:rPr>
              <w:br/>
              <w:t>Основы и методы генетики, Изменчивость, Наследственные заболевания человека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№18</w:t>
            </w:r>
            <w:r>
              <w:rPr>
                <w:color w:val="1B4D20"/>
                <w:sz w:val="13"/>
              </w:rPr>
              <w:br/>
              <w:t>Основы и методы генетики, Изменчивость, Наследственные заболевания человека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№20</w:t>
            </w:r>
            <w:r>
              <w:rPr>
                <w:color w:val="371B6B"/>
                <w:sz w:val="13"/>
              </w:rPr>
              <w:br/>
              <w:t>Задача 23. Задача 27.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№20</w:t>
            </w:r>
            <w:r>
              <w:rPr>
                <w:color w:val="371B6B"/>
                <w:sz w:val="13"/>
              </w:rPr>
              <w:br/>
              <w:t>Задача 23. Задача 27.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№23</w:t>
            </w:r>
            <w:r>
              <w:rPr>
                <w:color w:val="701426"/>
                <w:sz w:val="13"/>
              </w:rPr>
              <w:br/>
              <w:t>13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№23</w:t>
            </w:r>
            <w:r>
              <w:rPr>
                <w:color w:val="701426"/>
                <w:sz w:val="13"/>
              </w:rPr>
              <w:br/>
              <w:t>13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№4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№12</w:t>
            </w:r>
            <w:r>
              <w:rPr>
                <w:color w:val="701426"/>
                <w:sz w:val="13"/>
              </w:rPr>
              <w:br/>
              <w:t>Жёсткая нарешка заданий 9-13. К7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№12</w:t>
            </w:r>
            <w:r>
              <w:rPr>
                <w:color w:val="701426"/>
                <w:sz w:val="13"/>
              </w:rPr>
              <w:br/>
              <w:t>Жёсткая нарешка заданий 9-13. К7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№19</w:t>
            </w:r>
            <w:r>
              <w:rPr>
                <w:color w:val="1B4D20"/>
                <w:sz w:val="13"/>
              </w:rPr>
              <w:br/>
              <w:t>Законы Менделя, Типы скрещиваний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№19</w:t>
            </w:r>
            <w:r>
              <w:rPr>
                <w:color w:val="1B4D20"/>
                <w:sz w:val="13"/>
              </w:rPr>
              <w:br/>
              <w:t>Законы Менделя, Типы скрещиваний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№21</w:t>
            </w:r>
            <w:r>
              <w:rPr>
                <w:color w:val="371B6B"/>
                <w:sz w:val="13"/>
              </w:rPr>
              <w:br/>
              <w:t>ТЭД. РИО. Признаки реакций.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№21</w:t>
            </w:r>
            <w:r>
              <w:rPr>
                <w:color w:val="371B6B"/>
                <w:sz w:val="13"/>
              </w:rPr>
              <w:br/>
              <w:t>ТЭД. РИО. Признаки реакций.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№22</w:t>
            </w:r>
            <w:r>
              <w:rPr>
                <w:color w:val="371B6B"/>
                <w:sz w:val="13"/>
              </w:rPr>
              <w:br/>
              <w:t>Гидролиз солей. Необратимый гидролиз бинарных соединений.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№22</w:t>
            </w:r>
            <w:r>
              <w:rPr>
                <w:color w:val="371B6B"/>
                <w:sz w:val="13"/>
              </w:rPr>
              <w:br/>
              <w:t>Гидролиз солей. Необратимый гидролиз бинарных соединений.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26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27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28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29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30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31 окт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 ноя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№20</w:t>
            </w:r>
            <w:r>
              <w:rPr>
                <w:color w:val="1B4D20"/>
                <w:sz w:val="13"/>
              </w:rPr>
              <w:br/>
              <w:t>Взаимодействие аллельных генов, Летальный ген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№20</w:t>
            </w:r>
            <w:r>
              <w:rPr>
                <w:color w:val="1B4D20"/>
                <w:sz w:val="13"/>
              </w:rPr>
              <w:br/>
              <w:t>Взаимодействие аллельных генов, Летальный ген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№6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№13</w:t>
            </w:r>
            <w:r>
              <w:rPr>
                <w:color w:val="701426"/>
                <w:sz w:val="13"/>
              </w:rPr>
              <w:br/>
              <w:t>Сочинение ЕГЭ + задания 9-13.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№13</w:t>
            </w:r>
            <w:r>
              <w:rPr>
                <w:color w:val="701426"/>
                <w:sz w:val="13"/>
              </w:rPr>
              <w:br/>
              <w:t>Сочинение ЕГЭ + задания 9-13.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Зачетный диктант №1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№19</w:t>
            </w:r>
            <w:r>
              <w:rPr>
                <w:color w:val="1B4D20"/>
                <w:sz w:val="13"/>
              </w:rPr>
              <w:br/>
              <w:t>Законы Менделя, Типы скрещиваний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№19</w:t>
            </w:r>
            <w:r>
              <w:rPr>
                <w:color w:val="1B4D20"/>
                <w:sz w:val="13"/>
              </w:rPr>
              <w:br/>
              <w:t>Законы Менделя, Типы скрещиваний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№21</w:t>
            </w:r>
            <w:r>
              <w:rPr>
                <w:color w:val="371B6B"/>
                <w:sz w:val="13"/>
              </w:rPr>
              <w:br/>
              <w:t>ТЭД. РИО. Признаки реакций.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№21</w:t>
            </w:r>
            <w:r>
              <w:rPr>
                <w:color w:val="371B6B"/>
                <w:sz w:val="13"/>
              </w:rPr>
              <w:br/>
              <w:t>ТЭД. РИО. Признаки реакций.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№24</w:t>
            </w:r>
            <w:r>
              <w:rPr>
                <w:color w:val="701426"/>
                <w:sz w:val="13"/>
              </w:rPr>
              <w:br/>
              <w:t>14 задание (часть 1)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№24</w:t>
            </w:r>
            <w:r>
              <w:rPr>
                <w:color w:val="701426"/>
                <w:sz w:val="13"/>
              </w:rPr>
              <w:br/>
              <w:t>14 задание (часть 1)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№12</w:t>
            </w:r>
            <w:r>
              <w:rPr>
                <w:color w:val="701426"/>
                <w:sz w:val="13"/>
              </w:rPr>
              <w:br/>
              <w:t>«Вишнёвый сад»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№12</w:t>
            </w:r>
            <w:r>
              <w:rPr>
                <w:color w:val="701426"/>
                <w:sz w:val="13"/>
              </w:rPr>
              <w:br/>
              <w:t>«Вишнёвый сад»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№20</w:t>
            </w:r>
            <w:r>
              <w:rPr>
                <w:color w:val="1B4D20"/>
                <w:sz w:val="13"/>
              </w:rPr>
              <w:br/>
              <w:t>Взаимодействие аллельных генов, Летальный ген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№20</w:t>
            </w:r>
            <w:r>
              <w:rPr>
                <w:color w:val="1B4D20"/>
                <w:sz w:val="13"/>
              </w:rPr>
              <w:br/>
              <w:t>Взаимодействие аллельных генов, Летальный ген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№22</w:t>
            </w:r>
            <w:r>
              <w:rPr>
                <w:color w:val="371B6B"/>
                <w:sz w:val="13"/>
              </w:rPr>
              <w:br/>
              <w:t>Гидролиз солей. Необратимый гидролиз бинарных соединений.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№22</w:t>
            </w:r>
            <w:r>
              <w:rPr>
                <w:color w:val="371B6B"/>
                <w:sz w:val="13"/>
              </w:rPr>
              <w:br/>
              <w:t>Гидролиз солей. Необратимый гидролиз бинарных соединений.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№25</w:t>
            </w:r>
            <w:r>
              <w:rPr>
                <w:color w:val="701426"/>
                <w:sz w:val="13"/>
              </w:rPr>
              <w:br/>
              <w:t>14 задание (часть 2)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№25</w:t>
            </w:r>
            <w:r>
              <w:rPr>
                <w:color w:val="701426"/>
                <w:sz w:val="13"/>
              </w:rPr>
              <w:br/>
              <w:t>14 задание (часть 2)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№21</w:t>
            </w:r>
            <w:r>
              <w:rPr>
                <w:color w:val="1B4D20"/>
                <w:sz w:val="13"/>
              </w:rPr>
              <w:br/>
              <w:t>Популяционная генетика, Закон генетического равновесия Харди-Вайнберга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№21</w:t>
            </w:r>
            <w:r>
              <w:rPr>
                <w:color w:val="1B4D20"/>
                <w:sz w:val="13"/>
              </w:rPr>
              <w:br/>
              <w:t>Популяционная генетика, Закон генетического равновесия Харди-Вайнберга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№23</w:t>
            </w:r>
            <w:r>
              <w:rPr>
                <w:color w:val="371B6B"/>
                <w:sz w:val="13"/>
              </w:rPr>
              <w:br/>
              <w:t>Электролиз.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№23</w:t>
            </w:r>
            <w:r>
              <w:rPr>
                <w:color w:val="371B6B"/>
                <w:sz w:val="13"/>
              </w:rPr>
              <w:br/>
              <w:t>Электролиз.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№24</w:t>
            </w:r>
            <w:r>
              <w:rPr>
                <w:color w:val="371B6B"/>
                <w:sz w:val="13"/>
              </w:rPr>
              <w:br/>
              <w:t>Задача 34.1. Введение в 34 задачу. Избыток и недостаток. Расчёты по нескольким реакциям.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№24</w:t>
            </w:r>
            <w:r>
              <w:rPr>
                <w:color w:val="371B6B"/>
                <w:sz w:val="13"/>
              </w:rPr>
              <w:br/>
              <w:t>Задача 34.1. Введение в 34 задачу. Избыток и недостаток. Расчёты по нескольким реакциям.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№6</w:t>
            </w:r>
            <w:r>
              <w:rPr>
                <w:color w:val="371B6B"/>
                <w:sz w:val="13"/>
              </w:rPr>
              <w:br/>
              <w:t>Усложнённые задачи 23 и 27.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5: 2 ноября — 22 ноября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3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4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5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6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7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8 ноя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№22</w:t>
            </w:r>
            <w:r>
              <w:rPr>
                <w:color w:val="1B4D20"/>
                <w:sz w:val="13"/>
              </w:rPr>
              <w:br/>
              <w:t>Сцепленное наследование признаков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№22</w:t>
            </w:r>
            <w:r>
              <w:rPr>
                <w:color w:val="1B4D20"/>
                <w:sz w:val="13"/>
              </w:rPr>
              <w:br/>
              <w:t>Сцепленное наследование признаков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№14</w:t>
            </w:r>
            <w:r>
              <w:rPr>
                <w:color w:val="701426"/>
                <w:sz w:val="13"/>
              </w:rPr>
              <w:br/>
              <w:t>Итоговое сочинение + задания 9-14.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№14</w:t>
            </w:r>
            <w:r>
              <w:rPr>
                <w:color w:val="701426"/>
                <w:sz w:val="13"/>
              </w:rPr>
              <w:br/>
              <w:t>Итоговое сочинение + задания 9-14.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Тест №3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№21</w:t>
            </w:r>
            <w:r>
              <w:rPr>
                <w:color w:val="1B4D20"/>
                <w:sz w:val="13"/>
              </w:rPr>
              <w:br/>
              <w:t>Популяционная генетика, Закон генетического равновесия Харди-Вайнберга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№21</w:t>
            </w:r>
            <w:r>
              <w:rPr>
                <w:color w:val="1B4D20"/>
                <w:sz w:val="13"/>
              </w:rPr>
              <w:br/>
              <w:t>Популяционная генетика, Закон генетического равновесия Харди-Вайнберга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№23</w:t>
            </w:r>
            <w:r>
              <w:rPr>
                <w:color w:val="371B6B"/>
                <w:sz w:val="13"/>
              </w:rPr>
              <w:br/>
              <w:t>Электролиз.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№23</w:t>
            </w:r>
            <w:r>
              <w:rPr>
                <w:color w:val="371B6B"/>
                <w:sz w:val="13"/>
              </w:rPr>
              <w:br/>
              <w:t>Электролиз.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№6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№26</w:t>
            </w:r>
            <w:r>
              <w:rPr>
                <w:color w:val="701426"/>
                <w:sz w:val="13"/>
              </w:rPr>
              <w:br/>
              <w:t>15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№26</w:t>
            </w:r>
            <w:r>
              <w:rPr>
                <w:color w:val="701426"/>
                <w:sz w:val="13"/>
              </w:rPr>
              <w:br/>
              <w:t>15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№13</w:t>
            </w:r>
            <w:r>
              <w:rPr>
                <w:color w:val="701426"/>
                <w:sz w:val="13"/>
              </w:rPr>
              <w:br/>
              <w:t>«Мы»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№13</w:t>
            </w:r>
            <w:r>
              <w:rPr>
                <w:color w:val="701426"/>
                <w:sz w:val="13"/>
              </w:rPr>
              <w:br/>
              <w:t>«Мы»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№22</w:t>
            </w:r>
            <w:r>
              <w:rPr>
                <w:color w:val="1B4D20"/>
                <w:sz w:val="13"/>
              </w:rPr>
              <w:br/>
              <w:t>Сцепленное наследование признаков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№22</w:t>
            </w:r>
            <w:r>
              <w:rPr>
                <w:color w:val="1B4D20"/>
                <w:sz w:val="13"/>
              </w:rPr>
              <w:br/>
              <w:t>Сцепленное наследование признаков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Рубежная аттестация №1</w:t>
            </w:r>
            <w:r>
              <w:rPr>
                <w:color w:val="701426"/>
                <w:sz w:val="13"/>
              </w:rPr>
              <w:br/>
              <w:t>Сочинение ЕГЭ и ИС + Культура речи и Орфография до 12.11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№24</w:t>
            </w:r>
            <w:r>
              <w:rPr>
                <w:color w:val="371B6B"/>
                <w:sz w:val="13"/>
              </w:rPr>
              <w:br/>
              <w:t>Задача 34.1. Введение в 34 задачу. Избыток и недостаток. Расчёты по нескольким реакциям.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№24</w:t>
            </w:r>
            <w:r>
              <w:rPr>
                <w:color w:val="371B6B"/>
                <w:sz w:val="13"/>
              </w:rPr>
              <w:br/>
              <w:t>Задача 34.1. Введение в 34 задачу. Избыток и недостаток. Расчёты по нескольким реакциям.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№5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№15</w:t>
            </w:r>
            <w:r>
              <w:rPr>
                <w:color w:val="701426"/>
                <w:sz w:val="13"/>
              </w:rPr>
              <w:br/>
              <w:t>Жёсткая нарешка заданий 14-15. Пишем сочинение.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№15</w:t>
            </w:r>
            <w:r>
              <w:rPr>
                <w:color w:val="701426"/>
                <w:sz w:val="13"/>
              </w:rPr>
              <w:br/>
              <w:t>Жёсткая нарешка заданий 14-15. Пишем сочинение.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№23</w:t>
            </w:r>
            <w:r>
              <w:rPr>
                <w:color w:val="1B4D20"/>
                <w:sz w:val="13"/>
              </w:rPr>
              <w:br/>
              <w:t>Генетика пола, Сцепленное с полом наследование, Родословные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№23</w:t>
            </w:r>
            <w:r>
              <w:rPr>
                <w:color w:val="1B4D20"/>
                <w:sz w:val="13"/>
              </w:rPr>
              <w:br/>
              <w:t>Генетика пола, Сцепленное с полом наследование, Родословные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№25</w:t>
            </w:r>
            <w:r>
              <w:rPr>
                <w:color w:val="371B6B"/>
                <w:sz w:val="13"/>
              </w:rPr>
              <w:br/>
              <w:t>Химическое равновесие.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№25</w:t>
            </w:r>
            <w:r>
              <w:rPr>
                <w:color w:val="371B6B"/>
                <w:sz w:val="13"/>
              </w:rPr>
              <w:br/>
              <w:t>Химическое равновесие.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№26</w:t>
            </w:r>
            <w:r>
              <w:rPr>
                <w:color w:val="371B6B"/>
                <w:sz w:val="13"/>
              </w:rPr>
              <w:br/>
              <w:t>Задача 34.2. Последовательность реакций. Порции. Расчёт массы конечного раствора.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№26</w:t>
            </w:r>
            <w:r>
              <w:rPr>
                <w:color w:val="371B6B"/>
                <w:sz w:val="13"/>
              </w:rPr>
              <w:br/>
              <w:t>Задача 34.2. Последовательность реакций. Порции. Расчёт массы конечного раствора.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Онлайн-разбор пробника №6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№14</w:t>
            </w:r>
            <w:r>
              <w:rPr>
                <w:color w:val="701426"/>
                <w:sz w:val="13"/>
              </w:rPr>
              <w:br/>
              <w:t>Рассказы Бунина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№14</w:t>
            </w:r>
            <w:r>
              <w:rPr>
                <w:color w:val="701426"/>
                <w:sz w:val="13"/>
              </w:rPr>
              <w:br/>
              <w:t>Рассказы Бунина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9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10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11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12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13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14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15 ноя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№16</w:t>
            </w:r>
            <w:r>
              <w:rPr>
                <w:color w:val="701426"/>
                <w:sz w:val="13"/>
              </w:rPr>
              <w:br/>
              <w:t>МЕГАВЕБИНАР по орфографии.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№16</w:t>
            </w:r>
            <w:r>
              <w:rPr>
                <w:color w:val="701426"/>
                <w:sz w:val="13"/>
              </w:rPr>
              <w:br/>
              <w:t>МЕГАВЕБИНАР по орфографии.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№7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10.11 ДО 14.11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№23.1</w:t>
            </w:r>
            <w:r>
              <w:rPr>
                <w:color w:val="1B4D20"/>
                <w:sz w:val="13"/>
              </w:rPr>
              <w:br/>
              <w:t>Генетика пола, Сцепленное с полом наследование, Родословные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№23.1</w:t>
            </w:r>
            <w:r>
              <w:rPr>
                <w:color w:val="1B4D20"/>
                <w:sz w:val="13"/>
              </w:rPr>
              <w:br/>
              <w:t>Генетика пола, Сцепленное с полом наследование, Родословные №1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№27</w:t>
            </w:r>
            <w:r>
              <w:rPr>
                <w:color w:val="701426"/>
                <w:sz w:val="13"/>
              </w:rPr>
              <w:br/>
              <w:t>16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№27</w:t>
            </w:r>
            <w:r>
              <w:rPr>
                <w:color w:val="701426"/>
                <w:sz w:val="13"/>
              </w:rPr>
              <w:br/>
              <w:t>16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10.11 ДО 14.11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№25</w:t>
            </w:r>
            <w:r>
              <w:rPr>
                <w:color w:val="371B6B"/>
                <w:sz w:val="13"/>
              </w:rPr>
              <w:br/>
              <w:t>Химическое равновесие.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№25</w:t>
            </w:r>
            <w:r>
              <w:rPr>
                <w:color w:val="371B6B"/>
                <w:sz w:val="13"/>
              </w:rPr>
              <w:br/>
              <w:t>Химическое равновесие.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№15</w:t>
            </w:r>
            <w:r>
              <w:rPr>
                <w:color w:val="701426"/>
                <w:sz w:val="13"/>
              </w:rPr>
              <w:br/>
              <w:t>Рассказы Чехова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№15</w:t>
            </w:r>
            <w:r>
              <w:rPr>
                <w:color w:val="701426"/>
                <w:sz w:val="13"/>
              </w:rPr>
              <w:br/>
              <w:t>Рассказы Чехова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10.11 ДО 14.11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№23.2</w:t>
            </w:r>
            <w:r>
              <w:rPr>
                <w:color w:val="1B4D20"/>
                <w:sz w:val="13"/>
              </w:rPr>
              <w:br/>
              <w:t>Генетика пола, Сцепленное с полом наследование, Родословные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№23.2</w:t>
            </w:r>
            <w:r>
              <w:rPr>
                <w:color w:val="1B4D20"/>
                <w:sz w:val="13"/>
              </w:rPr>
              <w:br/>
              <w:t>Генетика пола, Сцепленное с полом наследование, Родословные №2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№28</w:t>
            </w:r>
            <w:r>
              <w:rPr>
                <w:color w:val="701426"/>
                <w:sz w:val="13"/>
              </w:rPr>
              <w:br/>
              <w:t>17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№28</w:t>
            </w:r>
            <w:r>
              <w:rPr>
                <w:color w:val="701426"/>
                <w:sz w:val="13"/>
              </w:rPr>
              <w:br/>
              <w:t>17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10.11 ДО 14.11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№26</w:t>
            </w:r>
            <w:r>
              <w:rPr>
                <w:color w:val="371B6B"/>
                <w:sz w:val="13"/>
              </w:rPr>
              <w:br/>
              <w:t>Задача 34.2. Последовательность реакций. Порции. Расчёт массы конечного раствора.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№26</w:t>
            </w:r>
            <w:r>
              <w:rPr>
                <w:color w:val="371B6B"/>
                <w:sz w:val="13"/>
              </w:rPr>
              <w:br/>
              <w:t>Задача 34.2. Последовательность реакций. Порции. Расчёт массы конечного раствора.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10.11 ДО 14.11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№24</w:t>
            </w:r>
            <w:r>
              <w:rPr>
                <w:color w:val="1B4D20"/>
                <w:sz w:val="13"/>
              </w:rPr>
              <w:br/>
              <w:t>Взаимодействие неаллельных генов, Селекция и биотехнология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№24</w:t>
            </w:r>
            <w:r>
              <w:rPr>
                <w:color w:val="1B4D20"/>
                <w:sz w:val="13"/>
              </w:rPr>
              <w:br/>
              <w:t>Взаимодействие неаллельных генов, Селекция и биотехнология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№27</w:t>
            </w:r>
            <w:r>
              <w:rPr>
                <w:color w:val="371B6B"/>
                <w:sz w:val="13"/>
              </w:rPr>
              <w:br/>
              <w:t>Физические и химические свойства простых веществ.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№27</w:t>
            </w:r>
            <w:r>
              <w:rPr>
                <w:color w:val="371B6B"/>
                <w:sz w:val="13"/>
              </w:rPr>
              <w:br/>
              <w:t>Физические и химические свойства простых веществ.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№29</w:t>
            </w:r>
            <w:r>
              <w:rPr>
                <w:color w:val="701426"/>
                <w:sz w:val="13"/>
              </w:rPr>
              <w:br/>
              <w:t>18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№29</w:t>
            </w:r>
            <w:r>
              <w:rPr>
                <w:color w:val="701426"/>
                <w:sz w:val="13"/>
              </w:rPr>
              <w:br/>
              <w:t>18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№7</w:t>
            </w:r>
            <w:r>
              <w:rPr>
                <w:color w:val="371B6B"/>
                <w:sz w:val="13"/>
              </w:rPr>
              <w:br/>
              <w:t>Задача 34.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№4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16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17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18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19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20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21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22 ноя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№17</w:t>
            </w:r>
            <w:r>
              <w:rPr>
                <w:color w:val="701426"/>
                <w:sz w:val="13"/>
              </w:rPr>
              <w:br/>
              <w:t>Итоговое сочинение + читаем рассказы Base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№17</w:t>
            </w:r>
            <w:r>
              <w:rPr>
                <w:color w:val="701426"/>
                <w:sz w:val="13"/>
              </w:rPr>
              <w:br/>
              <w:t>Итоговое сочинение + читаем рассказы Base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№25</w:t>
            </w:r>
            <w:r>
              <w:rPr>
                <w:color w:val="1B4D20"/>
                <w:sz w:val="13"/>
              </w:rPr>
              <w:br/>
              <w:t>Ткани человека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№25</w:t>
            </w:r>
            <w:r>
              <w:rPr>
                <w:color w:val="1B4D20"/>
                <w:sz w:val="13"/>
              </w:rPr>
              <w:br/>
              <w:t>Ткани человека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№24</w:t>
            </w:r>
            <w:r>
              <w:rPr>
                <w:color w:val="1B4D20"/>
                <w:sz w:val="13"/>
              </w:rPr>
              <w:br/>
              <w:t>Взаимодействие неаллельных генов, Селекция и биотехнология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№24</w:t>
            </w:r>
            <w:r>
              <w:rPr>
                <w:color w:val="1B4D20"/>
                <w:sz w:val="13"/>
              </w:rPr>
              <w:br/>
              <w:t>Взаимодействие неаллельных генов, Селекция и биотехнология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№30</w:t>
            </w:r>
            <w:r>
              <w:rPr>
                <w:color w:val="701426"/>
                <w:sz w:val="13"/>
              </w:rPr>
              <w:br/>
              <w:t>19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№30</w:t>
            </w:r>
            <w:r>
              <w:rPr>
                <w:color w:val="701426"/>
                <w:sz w:val="13"/>
              </w:rPr>
              <w:br/>
              <w:t>19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№7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Обобщающая практика по неорганике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Обобщающая практика по неорганике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Рубежная аттестация №1 (общая и неорганическая химия)</w:t>
            </w:r>
            <w:r>
              <w:rPr>
                <w:color w:val="371B6B"/>
                <w:sz w:val="13"/>
              </w:rPr>
              <w:br/>
              <w:t>до 25.11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№16</w:t>
            </w:r>
            <w:r>
              <w:rPr>
                <w:color w:val="701426"/>
                <w:sz w:val="13"/>
              </w:rPr>
              <w:br/>
              <w:t>«Грозовой перевал»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№16</w:t>
            </w:r>
            <w:r>
              <w:rPr>
                <w:color w:val="701426"/>
                <w:sz w:val="13"/>
              </w:rPr>
              <w:br/>
              <w:t>«Грозовой перевал»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№25</w:t>
            </w:r>
            <w:r>
              <w:rPr>
                <w:color w:val="1B4D20"/>
                <w:sz w:val="13"/>
              </w:rPr>
              <w:br/>
              <w:t>Ткани человека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№25</w:t>
            </w:r>
            <w:r>
              <w:rPr>
                <w:color w:val="1B4D20"/>
                <w:sz w:val="13"/>
              </w:rPr>
              <w:br/>
              <w:t>Ткани человека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№31</w:t>
            </w:r>
            <w:r>
              <w:rPr>
                <w:color w:val="701426"/>
                <w:sz w:val="13"/>
              </w:rPr>
              <w:br/>
              <w:t>20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№31</w:t>
            </w:r>
            <w:r>
              <w:rPr>
                <w:color w:val="701426"/>
                <w:sz w:val="13"/>
              </w:rPr>
              <w:br/>
              <w:t>20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№27</w:t>
            </w:r>
            <w:r>
              <w:rPr>
                <w:color w:val="371B6B"/>
                <w:sz w:val="13"/>
              </w:rPr>
              <w:br/>
              <w:t>Физические и химические свойства простых веществ.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№27</w:t>
            </w:r>
            <w:r>
              <w:rPr>
                <w:color w:val="371B6B"/>
                <w:sz w:val="13"/>
              </w:rPr>
              <w:br/>
              <w:t>Физические и химические свойства простых веществ.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Разбор произведения №17</w:t>
            </w:r>
            <w:r>
              <w:rPr>
                <w:color w:val="701426"/>
                <w:sz w:val="13"/>
              </w:rPr>
              <w:br/>
              <w:t>Рассказы Куприна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Разбор произведения №17</w:t>
            </w:r>
            <w:r>
              <w:rPr>
                <w:color w:val="701426"/>
                <w:sz w:val="13"/>
              </w:rPr>
              <w:br/>
              <w:t>Рассказы Куприна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№6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№26</w:t>
            </w:r>
            <w:r>
              <w:rPr>
                <w:color w:val="1B4D20"/>
                <w:sz w:val="13"/>
              </w:rPr>
              <w:br/>
              <w:t>Эндокринная система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№26</w:t>
            </w:r>
            <w:r>
              <w:rPr>
                <w:color w:val="1B4D20"/>
                <w:sz w:val="13"/>
              </w:rPr>
              <w:br/>
              <w:t>Эндокринная система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№28</w:t>
            </w:r>
            <w:r>
              <w:rPr>
                <w:color w:val="371B6B"/>
                <w:sz w:val="13"/>
              </w:rPr>
              <w:br/>
              <w:t>Основы органической химии.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№28</w:t>
            </w:r>
            <w:r>
              <w:rPr>
                <w:color w:val="371B6B"/>
                <w:sz w:val="13"/>
              </w:rPr>
              <w:br/>
              <w:t>Основы органической химии.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№29</w:t>
            </w:r>
            <w:r>
              <w:rPr>
                <w:color w:val="371B6B"/>
                <w:sz w:val="13"/>
              </w:rPr>
              <w:br/>
              <w:t>Задача 33 (1). Атомарность. Способы нахождения формулы вещества.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№29</w:t>
            </w:r>
            <w:r>
              <w:rPr>
                <w:color w:val="371B6B"/>
                <w:sz w:val="13"/>
              </w:rPr>
              <w:br/>
              <w:t>Задача 33 (1). Атомарность. Способы нахождения формулы вещества.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№18</w:t>
            </w:r>
            <w:r>
              <w:rPr>
                <w:color w:val="701426"/>
                <w:sz w:val="13"/>
              </w:rPr>
              <w:br/>
              <w:t>Жёсткая нарешка заданий 16-21. К8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№18</w:t>
            </w:r>
            <w:r>
              <w:rPr>
                <w:color w:val="701426"/>
                <w:sz w:val="13"/>
              </w:rPr>
              <w:br/>
              <w:t>Жёсткая нарешка заданий 16-21. К8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№32</w:t>
            </w:r>
            <w:r>
              <w:rPr>
                <w:color w:val="701426"/>
                <w:sz w:val="13"/>
              </w:rPr>
              <w:br/>
              <w:t>21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№32</w:t>
            </w:r>
            <w:r>
              <w:rPr>
                <w:color w:val="701426"/>
                <w:sz w:val="13"/>
              </w:rPr>
              <w:br/>
              <w:t>21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6: 23 ноября — 13 декабря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23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24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25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26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27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28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29 ноя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№19</w:t>
            </w:r>
            <w:r>
              <w:rPr>
                <w:color w:val="701426"/>
                <w:sz w:val="13"/>
              </w:rPr>
              <w:br/>
              <w:t>МЕГАВЕБИНАР по пунктуации.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№19</w:t>
            </w:r>
            <w:r>
              <w:rPr>
                <w:color w:val="701426"/>
                <w:sz w:val="13"/>
              </w:rPr>
              <w:br/>
              <w:t>МЕГАВЕБИНАР по пунктуации.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№27</w:t>
            </w:r>
            <w:r>
              <w:rPr>
                <w:color w:val="1B4D20"/>
                <w:sz w:val="13"/>
              </w:rPr>
              <w:br/>
              <w:t>Нервная система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№27</w:t>
            </w:r>
            <w:r>
              <w:rPr>
                <w:color w:val="1B4D20"/>
                <w:sz w:val="13"/>
              </w:rPr>
              <w:br/>
              <w:t>Нервная система №1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№8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№26</w:t>
            </w:r>
            <w:r>
              <w:rPr>
                <w:color w:val="1B4D20"/>
                <w:sz w:val="13"/>
              </w:rPr>
              <w:br/>
              <w:t>Эндокринная система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№26</w:t>
            </w:r>
            <w:r>
              <w:rPr>
                <w:color w:val="1B4D20"/>
                <w:sz w:val="13"/>
              </w:rPr>
              <w:br/>
              <w:t>Эндокринная система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№28</w:t>
            </w:r>
            <w:r>
              <w:rPr>
                <w:color w:val="371B6B"/>
                <w:sz w:val="13"/>
              </w:rPr>
              <w:br/>
              <w:t>Основы органической химии.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№28</w:t>
            </w:r>
            <w:r>
              <w:rPr>
                <w:color w:val="371B6B"/>
                <w:sz w:val="13"/>
              </w:rPr>
              <w:br/>
              <w:t>Основы органической химии.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№27</w:t>
            </w:r>
            <w:r>
              <w:rPr>
                <w:color w:val="1B4D20"/>
                <w:sz w:val="13"/>
              </w:rPr>
              <w:br/>
              <w:t>Нервная система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№27</w:t>
            </w:r>
            <w:r>
              <w:rPr>
                <w:color w:val="1B4D20"/>
                <w:sz w:val="13"/>
              </w:rPr>
              <w:br/>
              <w:t>Нервная система №1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№29</w:t>
            </w:r>
            <w:r>
              <w:rPr>
                <w:color w:val="371B6B"/>
                <w:sz w:val="13"/>
              </w:rPr>
              <w:br/>
              <w:t>Задача 33 (1). Атомарность. Способы нахождения формулы вещества.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№29</w:t>
            </w:r>
            <w:r>
              <w:rPr>
                <w:color w:val="371B6B"/>
                <w:sz w:val="13"/>
              </w:rPr>
              <w:br/>
              <w:t>Задача 33 (1). Атомарность. Способы нахождения формулы вещества.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№28</w:t>
            </w:r>
            <w:r>
              <w:rPr>
                <w:color w:val="1B4D20"/>
                <w:sz w:val="13"/>
              </w:rPr>
              <w:br/>
              <w:t>Нервная система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№28</w:t>
            </w:r>
            <w:r>
              <w:rPr>
                <w:color w:val="1B4D20"/>
                <w:sz w:val="13"/>
              </w:rPr>
              <w:br/>
              <w:t>Нервная система №2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№30</w:t>
            </w:r>
            <w:r>
              <w:rPr>
                <w:color w:val="371B6B"/>
                <w:sz w:val="13"/>
              </w:rPr>
              <w:br/>
              <w:t>Алканы.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№30</w:t>
            </w:r>
            <w:r>
              <w:rPr>
                <w:color w:val="371B6B"/>
                <w:sz w:val="13"/>
              </w:rPr>
              <w:br/>
              <w:t>Алканы.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№31</w:t>
            </w:r>
            <w:r>
              <w:rPr>
                <w:color w:val="371B6B"/>
                <w:sz w:val="13"/>
              </w:rPr>
              <w:br/>
              <w:t>Задача 34.3. Электролиз. Растворимость. Кристаллогидраты.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№31</w:t>
            </w:r>
            <w:r>
              <w:rPr>
                <w:color w:val="371B6B"/>
                <w:sz w:val="13"/>
              </w:rPr>
              <w:br/>
              <w:t>Задача 34.3. Электролиз. Растворимость. Кристаллогидраты.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Рубежная аттестация №1 (общая биология и генетика)</w:t>
            </w:r>
            <w:r>
              <w:rPr>
                <w:color w:val="1B4D20"/>
                <w:sz w:val="13"/>
              </w:rPr>
              <w:br/>
              <w:t>до 06.12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№8</w:t>
            </w:r>
            <w:r>
              <w:rPr>
                <w:color w:val="371B6B"/>
                <w:sz w:val="13"/>
              </w:rPr>
              <w:br/>
              <w:t>Задача 33.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30 ноя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3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4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5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6 дек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№29</w:t>
            </w:r>
            <w:r>
              <w:rPr>
                <w:color w:val="1B4D20"/>
                <w:sz w:val="13"/>
              </w:rPr>
              <w:br/>
              <w:t>Высшая нервная деятельность (ВНД)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№29</w:t>
            </w:r>
            <w:r>
              <w:rPr>
                <w:color w:val="1B4D20"/>
                <w:sz w:val="13"/>
              </w:rPr>
              <w:br/>
              <w:t>Высшая нервная деятельность (ВНД)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№28</w:t>
            </w:r>
            <w:r>
              <w:rPr>
                <w:color w:val="1B4D20"/>
                <w:sz w:val="13"/>
              </w:rPr>
              <w:br/>
              <w:t>Нервная система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№28</w:t>
            </w:r>
            <w:r>
              <w:rPr>
                <w:color w:val="1B4D20"/>
                <w:sz w:val="13"/>
              </w:rPr>
              <w:br/>
              <w:t>Нервная система №2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Интенсив по ИС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№8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Практика №30</w:t>
            </w:r>
            <w:r>
              <w:rPr>
                <w:color w:val="371B6B"/>
                <w:sz w:val="13"/>
              </w:rPr>
              <w:br/>
              <w:t>Алканы.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№30</w:t>
            </w:r>
            <w:r>
              <w:rPr>
                <w:color w:val="371B6B"/>
                <w:sz w:val="13"/>
              </w:rPr>
              <w:br/>
              <w:t>Алканы.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ПЕРЕСДАЧА: Рубежная аттестация №1 (общая и неорганическая химия)</w:t>
            </w:r>
            <w:r>
              <w:rPr>
                <w:color w:val="371B6B"/>
                <w:sz w:val="13"/>
              </w:rPr>
              <w:br/>
              <w:t>до 09.12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Итоговое сочинение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Итоговое сочинение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Тест №4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№29</w:t>
            </w:r>
            <w:r>
              <w:rPr>
                <w:color w:val="1B4D20"/>
                <w:sz w:val="13"/>
              </w:rPr>
              <w:br/>
              <w:t>Высшая нервная деятельность (ВНД)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№29</w:t>
            </w:r>
            <w:r>
              <w:rPr>
                <w:color w:val="1B4D20"/>
                <w:sz w:val="13"/>
              </w:rPr>
              <w:br/>
              <w:t>Высшая нервная деятельность (ВНД)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№31</w:t>
            </w:r>
            <w:r>
              <w:rPr>
                <w:color w:val="371B6B"/>
                <w:sz w:val="13"/>
              </w:rPr>
              <w:br/>
              <w:t>Задача 34.3. Электролиз. Растворимость. Кристаллогидраты.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№31</w:t>
            </w:r>
            <w:r>
              <w:rPr>
                <w:color w:val="371B6B"/>
                <w:sz w:val="13"/>
              </w:rPr>
              <w:br/>
              <w:t>Задача 34.3. Электролиз. Растворимость. Кристаллогидраты.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№7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№20</w:t>
            </w:r>
            <w:r>
              <w:rPr>
                <w:color w:val="701426"/>
                <w:sz w:val="13"/>
              </w:rPr>
              <w:br/>
              <w:t>Пишем сочинение по базовому и сложному текстам.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№20</w:t>
            </w:r>
            <w:r>
              <w:rPr>
                <w:color w:val="701426"/>
                <w:sz w:val="13"/>
              </w:rPr>
              <w:br/>
              <w:t>Пишем сочинение по базовому и сложному текстам.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№30</w:t>
            </w:r>
            <w:r>
              <w:rPr>
                <w:color w:val="1B4D20"/>
                <w:sz w:val="13"/>
              </w:rPr>
              <w:br/>
              <w:t>Анализаторы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№30</w:t>
            </w:r>
            <w:r>
              <w:rPr>
                <w:color w:val="1B4D20"/>
                <w:sz w:val="13"/>
              </w:rPr>
              <w:br/>
              <w:t>Анализаторы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№32</w:t>
            </w:r>
            <w:r>
              <w:rPr>
                <w:color w:val="371B6B"/>
                <w:sz w:val="13"/>
              </w:rPr>
              <w:br/>
              <w:t>ОВР в органической химии.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№32</w:t>
            </w:r>
            <w:r>
              <w:rPr>
                <w:color w:val="371B6B"/>
                <w:sz w:val="13"/>
              </w:rPr>
              <w:br/>
              <w:t>ОВР в органической химии.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№33</w:t>
            </w:r>
            <w:r>
              <w:rPr>
                <w:color w:val="371B6B"/>
                <w:sz w:val="13"/>
              </w:rPr>
              <w:br/>
              <w:t>Алкены.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№33</w:t>
            </w:r>
            <w:r>
              <w:rPr>
                <w:color w:val="371B6B"/>
                <w:sz w:val="13"/>
              </w:rPr>
              <w:br/>
              <w:t>Алкены.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Онлайн-разбор пробника №8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7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8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9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10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11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12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13 дек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№31</w:t>
            </w:r>
            <w:r>
              <w:rPr>
                <w:color w:val="1B4D20"/>
                <w:sz w:val="13"/>
              </w:rPr>
              <w:br/>
              <w:t>Опорно-двигательный аппарат, Покровы тела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№31</w:t>
            </w:r>
            <w:r>
              <w:rPr>
                <w:color w:val="1B4D20"/>
                <w:sz w:val="13"/>
              </w:rPr>
              <w:br/>
              <w:t>Опорно-двигательный аппарат, Покровы тела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№9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№21</w:t>
            </w:r>
            <w:r>
              <w:rPr>
                <w:color w:val="701426"/>
                <w:sz w:val="13"/>
              </w:rPr>
              <w:br/>
              <w:t>Сочинение ЕГЭ: вспоминаем всё. Комментарим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№21</w:t>
            </w:r>
            <w:r>
              <w:rPr>
                <w:color w:val="701426"/>
                <w:sz w:val="13"/>
              </w:rPr>
              <w:br/>
              <w:t>Сочинение ЕГЭ: вспоминаем всё. Комментарим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№33</w:t>
            </w:r>
            <w:r>
              <w:rPr>
                <w:color w:val="701426"/>
                <w:sz w:val="13"/>
              </w:rPr>
              <w:br/>
              <w:t>1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№33</w:t>
            </w:r>
            <w:r>
              <w:rPr>
                <w:color w:val="701426"/>
                <w:sz w:val="13"/>
              </w:rPr>
              <w:br/>
              <w:t>1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№30</w:t>
            </w:r>
            <w:r>
              <w:rPr>
                <w:color w:val="1B4D20"/>
                <w:sz w:val="13"/>
              </w:rPr>
              <w:br/>
              <w:t>Анализаторы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№30</w:t>
            </w:r>
            <w:r>
              <w:rPr>
                <w:color w:val="1B4D20"/>
                <w:sz w:val="13"/>
              </w:rPr>
              <w:br/>
              <w:t>Анализаторы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№32</w:t>
            </w:r>
            <w:r>
              <w:rPr>
                <w:color w:val="371B6B"/>
                <w:sz w:val="13"/>
              </w:rPr>
              <w:br/>
              <w:t>ОВР в органической химии.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№32</w:t>
            </w:r>
            <w:r>
              <w:rPr>
                <w:color w:val="371B6B"/>
                <w:sz w:val="13"/>
              </w:rPr>
              <w:br/>
              <w:t>ОВР в органической химии.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№34</w:t>
            </w:r>
            <w:r>
              <w:rPr>
                <w:color w:val="701426"/>
                <w:sz w:val="13"/>
              </w:rPr>
              <w:br/>
              <w:t>2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№34</w:t>
            </w:r>
            <w:r>
              <w:rPr>
                <w:color w:val="701426"/>
                <w:sz w:val="13"/>
              </w:rPr>
              <w:br/>
              <w:t>2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10.12 ДО 14.12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№31</w:t>
            </w:r>
            <w:r>
              <w:rPr>
                <w:color w:val="1B4D20"/>
                <w:sz w:val="13"/>
              </w:rPr>
              <w:br/>
              <w:t>Опорно-двигательный аппарат, Покровы тела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№31</w:t>
            </w:r>
            <w:r>
              <w:rPr>
                <w:color w:val="1B4D20"/>
                <w:sz w:val="13"/>
              </w:rPr>
              <w:br/>
              <w:t>Опорно-двигательный аппарат, Покровы тела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10.12 ДО 14.12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№33</w:t>
            </w:r>
            <w:r>
              <w:rPr>
                <w:color w:val="371B6B"/>
                <w:sz w:val="13"/>
              </w:rPr>
              <w:br/>
              <w:t>Алкены.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№33</w:t>
            </w:r>
            <w:r>
              <w:rPr>
                <w:color w:val="371B6B"/>
                <w:sz w:val="13"/>
              </w:rPr>
              <w:br/>
              <w:t>Алкены.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№35</w:t>
            </w:r>
            <w:r>
              <w:rPr>
                <w:color w:val="701426"/>
                <w:sz w:val="13"/>
              </w:rPr>
              <w:br/>
              <w:t>Стили и типы речи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№35</w:t>
            </w:r>
            <w:r>
              <w:rPr>
                <w:color w:val="701426"/>
                <w:sz w:val="13"/>
              </w:rPr>
              <w:br/>
              <w:t>Стили и типы речи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10.12 ДО 14.12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№32</w:t>
            </w:r>
            <w:r>
              <w:rPr>
                <w:color w:val="1B4D20"/>
                <w:sz w:val="13"/>
              </w:rPr>
              <w:br/>
              <w:t>Кровеносная система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№32</w:t>
            </w:r>
            <w:r>
              <w:rPr>
                <w:color w:val="1B4D20"/>
                <w:sz w:val="13"/>
              </w:rPr>
              <w:br/>
              <w:t>Кровеносная система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№34</w:t>
            </w:r>
            <w:r>
              <w:rPr>
                <w:color w:val="371B6B"/>
                <w:sz w:val="13"/>
              </w:rPr>
              <w:br/>
              <w:t>Задача 33 (2). Все типы расчётов в задаче 33.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№34</w:t>
            </w:r>
            <w:r>
              <w:rPr>
                <w:color w:val="371B6B"/>
                <w:sz w:val="13"/>
              </w:rPr>
              <w:br/>
              <w:t>Задача 33 (2). Все типы расчётов в задаче 33.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№35</w:t>
            </w:r>
            <w:r>
              <w:rPr>
                <w:color w:val="371B6B"/>
                <w:sz w:val="13"/>
              </w:rPr>
              <w:br/>
              <w:t>Алкадиены.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№35</w:t>
            </w:r>
            <w:r>
              <w:rPr>
                <w:color w:val="371B6B"/>
                <w:sz w:val="13"/>
              </w:rPr>
              <w:br/>
              <w:t>Алкадиены.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10.12 ДО 14.12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Пересдача / Рубежная аттестация №1: Общая биология и Генетика</w:t>
            </w:r>
            <w:r>
              <w:rPr>
                <w:color w:val="1B4D20"/>
                <w:sz w:val="13"/>
              </w:rPr>
              <w:br/>
              <w:t>до 20.12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№9</w:t>
            </w:r>
            <w:r>
              <w:rPr>
                <w:color w:val="371B6B"/>
                <w:sz w:val="13"/>
              </w:rPr>
              <w:br/>
              <w:t>Задача 34.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7: 14 декабря — 10 января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14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15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16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17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18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19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20 дек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10.12 ДО 14.12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№22</w:t>
            </w:r>
            <w:r>
              <w:rPr>
                <w:color w:val="701426"/>
                <w:sz w:val="13"/>
              </w:rPr>
              <w:br/>
              <w:t>Учимся работать с текстом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№22</w:t>
            </w:r>
            <w:r>
              <w:rPr>
                <w:color w:val="701426"/>
                <w:sz w:val="13"/>
              </w:rPr>
              <w:br/>
              <w:t>Учимся работать с текстом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Зачетный диктант №2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№32.1</w:t>
            </w:r>
            <w:r>
              <w:rPr>
                <w:color w:val="1B4D20"/>
                <w:sz w:val="13"/>
              </w:rPr>
              <w:br/>
              <w:t>Кровеносная система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№32.1</w:t>
            </w:r>
            <w:r>
              <w:rPr>
                <w:color w:val="1B4D20"/>
                <w:sz w:val="13"/>
              </w:rPr>
              <w:br/>
              <w:t>Кровеносная система №1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№5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№34</w:t>
            </w:r>
            <w:r>
              <w:rPr>
                <w:color w:val="371B6B"/>
                <w:sz w:val="13"/>
              </w:rPr>
              <w:br/>
              <w:t>Задача 33 (2). Все типы расчётов в задаче 33.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№34</w:t>
            </w:r>
            <w:r>
              <w:rPr>
                <w:color w:val="371B6B"/>
                <w:sz w:val="13"/>
              </w:rPr>
              <w:br/>
              <w:t>Задача 33 (2). Все типы расчётов в задаче 33.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№9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№36</w:t>
            </w:r>
            <w:r>
              <w:rPr>
                <w:color w:val="701426"/>
                <w:sz w:val="13"/>
              </w:rPr>
              <w:br/>
              <w:t>3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№36</w:t>
            </w:r>
            <w:r>
              <w:rPr>
                <w:color w:val="701426"/>
                <w:sz w:val="13"/>
              </w:rPr>
              <w:br/>
              <w:t>3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№32.2</w:t>
            </w:r>
            <w:r>
              <w:rPr>
                <w:color w:val="1B4D20"/>
                <w:sz w:val="13"/>
              </w:rPr>
              <w:br/>
              <w:t>Кровеносная система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№32.2</w:t>
            </w:r>
            <w:r>
              <w:rPr>
                <w:color w:val="1B4D20"/>
                <w:sz w:val="13"/>
              </w:rPr>
              <w:br/>
              <w:t>Кровеносная система №2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№35</w:t>
            </w:r>
            <w:r>
              <w:rPr>
                <w:color w:val="371B6B"/>
                <w:sz w:val="13"/>
              </w:rPr>
              <w:br/>
              <w:t>Алкадиены.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№35</w:t>
            </w:r>
            <w:r>
              <w:rPr>
                <w:color w:val="371B6B"/>
                <w:sz w:val="13"/>
              </w:rPr>
              <w:br/>
              <w:t>Алкадиены.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№37</w:t>
            </w:r>
            <w:r>
              <w:rPr>
                <w:color w:val="701426"/>
                <w:sz w:val="13"/>
              </w:rPr>
              <w:br/>
              <w:t>24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№37</w:t>
            </w:r>
            <w:r>
              <w:rPr>
                <w:color w:val="701426"/>
                <w:sz w:val="13"/>
              </w:rPr>
              <w:br/>
              <w:t>24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№8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№23</w:t>
            </w:r>
            <w:r>
              <w:rPr>
                <w:color w:val="701426"/>
                <w:sz w:val="13"/>
              </w:rPr>
              <w:br/>
              <w:t>Жёсткая нарешка заданий 3 и 24. Все ловушки 3 задания.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№23</w:t>
            </w:r>
            <w:r>
              <w:rPr>
                <w:color w:val="701426"/>
                <w:sz w:val="13"/>
              </w:rPr>
              <w:br/>
              <w:t>Жёсткая нарешка заданий 3 и 24. Все ловушки 3 задания.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№33</w:t>
            </w:r>
            <w:r>
              <w:rPr>
                <w:color w:val="1B4D20"/>
                <w:sz w:val="13"/>
              </w:rPr>
              <w:br/>
              <w:t>Дыхательная система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№33</w:t>
            </w:r>
            <w:r>
              <w:rPr>
                <w:color w:val="1B4D20"/>
                <w:sz w:val="13"/>
              </w:rPr>
              <w:br/>
              <w:t>Дыхательная система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№36</w:t>
            </w:r>
            <w:r>
              <w:rPr>
                <w:color w:val="371B6B"/>
                <w:sz w:val="13"/>
              </w:rPr>
              <w:br/>
              <w:t>Циклические углеводороды (циклы).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№36</w:t>
            </w:r>
            <w:r>
              <w:rPr>
                <w:color w:val="371B6B"/>
                <w:sz w:val="13"/>
              </w:rPr>
              <w:br/>
              <w:t>Циклические углеводороды (циклы).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№37</w:t>
            </w:r>
            <w:r>
              <w:rPr>
                <w:color w:val="371B6B"/>
                <w:sz w:val="13"/>
              </w:rPr>
              <w:br/>
              <w:t>Задача 34.4. Смеси. Неполное разложение. Задачи на два случая. Введение переменной в одну реакцию.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№37</w:t>
            </w:r>
            <w:r>
              <w:rPr>
                <w:color w:val="371B6B"/>
                <w:sz w:val="13"/>
              </w:rPr>
              <w:br/>
              <w:t>Задача 34.4. Смеси. Неполное разложение. Задачи на два случая. Введение переменной в одну реакцию.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21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22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23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24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25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26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27 дек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№24</w:t>
            </w:r>
            <w:r>
              <w:rPr>
                <w:color w:val="701426"/>
                <w:sz w:val="13"/>
              </w:rPr>
              <w:br/>
              <w:t>Сочинение ЕГЭ + Вспоминаем части речи.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№24</w:t>
            </w:r>
            <w:r>
              <w:rPr>
                <w:color w:val="701426"/>
                <w:sz w:val="13"/>
              </w:rPr>
              <w:br/>
              <w:t>Сочинение ЕГЭ + Вспоминаем части речи.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№34</w:t>
            </w:r>
            <w:r>
              <w:rPr>
                <w:color w:val="1B4D20"/>
                <w:sz w:val="13"/>
              </w:rPr>
              <w:br/>
              <w:t>Пищеварительная система, Витамины и их сохранение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№34</w:t>
            </w:r>
            <w:r>
              <w:rPr>
                <w:color w:val="1B4D20"/>
                <w:sz w:val="13"/>
              </w:rPr>
              <w:br/>
              <w:t>Пищеварительная система, Витамины и их сохранение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№10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№33</w:t>
            </w:r>
            <w:r>
              <w:rPr>
                <w:color w:val="1B4D20"/>
                <w:sz w:val="13"/>
              </w:rPr>
              <w:br/>
              <w:t>Дыхательная система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№33</w:t>
            </w:r>
            <w:r>
              <w:rPr>
                <w:color w:val="1B4D20"/>
                <w:sz w:val="13"/>
              </w:rPr>
              <w:br/>
              <w:t>Дыхательная система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Рубежная аттестация №2: Пунктуация + Работа с текстом</w:t>
            </w:r>
            <w:r>
              <w:rPr>
                <w:color w:val="701426"/>
                <w:sz w:val="13"/>
              </w:rPr>
              <w:br/>
              <w:t>до 29.12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№36</w:t>
            </w:r>
            <w:r>
              <w:rPr>
                <w:color w:val="371B6B"/>
                <w:sz w:val="13"/>
              </w:rPr>
              <w:br/>
              <w:t>Циклические углеводороды (циклы).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№36</w:t>
            </w:r>
            <w:r>
              <w:rPr>
                <w:color w:val="371B6B"/>
                <w:sz w:val="13"/>
              </w:rPr>
              <w:br/>
              <w:t>Циклические углеводороды (циклы).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№38</w:t>
            </w:r>
            <w:r>
              <w:rPr>
                <w:color w:val="701426"/>
                <w:sz w:val="13"/>
              </w:rPr>
              <w:br/>
              <w:t>25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№38</w:t>
            </w:r>
            <w:r>
              <w:rPr>
                <w:color w:val="701426"/>
                <w:sz w:val="13"/>
              </w:rPr>
              <w:br/>
              <w:t>25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№34</w:t>
            </w:r>
            <w:r>
              <w:rPr>
                <w:color w:val="1B4D20"/>
                <w:sz w:val="13"/>
              </w:rPr>
              <w:br/>
              <w:t>Пищеварительная система, Витамины и их сохранение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№34</w:t>
            </w:r>
            <w:r>
              <w:rPr>
                <w:color w:val="1B4D20"/>
                <w:sz w:val="13"/>
              </w:rPr>
              <w:br/>
              <w:t>Пищеварительная система, Витамины и их сохранение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№37</w:t>
            </w:r>
            <w:r>
              <w:rPr>
                <w:color w:val="371B6B"/>
                <w:sz w:val="13"/>
              </w:rPr>
              <w:br/>
              <w:t>Задача 34.4. Смеси. Неполное разложение. Задачи на два случая. Введение переменной в одну реакцию.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№37</w:t>
            </w:r>
            <w:r>
              <w:rPr>
                <w:color w:val="371B6B"/>
                <w:sz w:val="13"/>
              </w:rPr>
              <w:br/>
              <w:t>Задача 34.4. Смеси. Неполное разложение. Задачи на два случая. Введение переменной в одну реакцию.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№39</w:t>
            </w:r>
            <w:r>
              <w:rPr>
                <w:color w:val="701426"/>
                <w:sz w:val="13"/>
              </w:rPr>
              <w:br/>
              <w:t>26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№39</w:t>
            </w:r>
            <w:r>
              <w:rPr>
                <w:color w:val="701426"/>
                <w:sz w:val="13"/>
              </w:rPr>
              <w:br/>
              <w:t>26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№35</w:t>
            </w:r>
            <w:r>
              <w:rPr>
                <w:color w:val="1B4D20"/>
                <w:sz w:val="13"/>
              </w:rPr>
              <w:br/>
              <w:t>Мочевыделительная и половая системы, Первая помощь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№35</w:t>
            </w:r>
            <w:r>
              <w:rPr>
                <w:color w:val="1B4D20"/>
                <w:sz w:val="13"/>
              </w:rPr>
              <w:br/>
              <w:t>Мочевыделительная и половая системы, Первая помощь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№38</w:t>
            </w:r>
            <w:r>
              <w:rPr>
                <w:color w:val="371B6B"/>
                <w:sz w:val="13"/>
              </w:rPr>
              <w:br/>
              <w:t>Алкины.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№38</w:t>
            </w:r>
            <w:r>
              <w:rPr>
                <w:color w:val="371B6B"/>
                <w:sz w:val="13"/>
              </w:rPr>
              <w:br/>
              <w:t>Алкины.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№39</w:t>
            </w:r>
            <w:r>
              <w:rPr>
                <w:color w:val="371B6B"/>
                <w:sz w:val="13"/>
              </w:rPr>
              <w:br/>
              <w:t>Арены.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№39</w:t>
            </w:r>
            <w:r>
              <w:rPr>
                <w:color w:val="371B6B"/>
                <w:sz w:val="13"/>
              </w:rPr>
              <w:br/>
              <w:t>Арены.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№10</w:t>
            </w:r>
            <w:r>
              <w:rPr>
                <w:color w:val="371B6B"/>
                <w:sz w:val="13"/>
              </w:rPr>
              <w:br/>
              <w:t>Задачи 34.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№40</w:t>
            </w:r>
            <w:r>
              <w:rPr>
                <w:color w:val="701426"/>
                <w:sz w:val="13"/>
              </w:rPr>
              <w:br/>
              <w:t>23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№40</w:t>
            </w:r>
            <w:r>
              <w:rPr>
                <w:color w:val="701426"/>
                <w:sz w:val="13"/>
              </w:rPr>
              <w:br/>
              <w:t>23 задание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28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29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30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31 дек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3 янв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№25</w:t>
            </w:r>
            <w:r>
              <w:rPr>
                <w:color w:val="701426"/>
                <w:sz w:val="13"/>
              </w:rPr>
              <w:br/>
              <w:t>МЕГАВЕБИНАР с экспертом. Решаем полный вариант + работа с текстом.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№25</w:t>
            </w:r>
            <w:r>
              <w:rPr>
                <w:color w:val="701426"/>
                <w:sz w:val="13"/>
              </w:rPr>
              <w:br/>
              <w:t>МЕГАВЕБИНАР с экспертом. Решаем полный вариант + работа с текстом. Русская рулетка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№35</w:t>
            </w:r>
            <w:r>
              <w:rPr>
                <w:color w:val="1B4D20"/>
                <w:sz w:val="13"/>
              </w:rPr>
              <w:br/>
              <w:t>Мочевыделительная и половая системы, Первая помощь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№35</w:t>
            </w:r>
            <w:r>
              <w:rPr>
                <w:color w:val="1B4D20"/>
                <w:sz w:val="13"/>
              </w:rPr>
              <w:br/>
              <w:t>Мочевыделительная и половая системы, Первая помощь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4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5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6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7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8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9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10 янв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Практика №38</w:t>
            </w:r>
            <w:r>
              <w:rPr>
                <w:color w:val="371B6B"/>
                <w:sz w:val="13"/>
              </w:rPr>
              <w:br/>
              <w:t>Алкины.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№38</w:t>
            </w:r>
            <w:r>
              <w:rPr>
                <w:color w:val="371B6B"/>
                <w:sz w:val="13"/>
              </w:rPr>
              <w:br/>
              <w:t>Алкины.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№11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№39</w:t>
            </w:r>
            <w:r>
              <w:rPr>
                <w:color w:val="371B6B"/>
                <w:sz w:val="13"/>
              </w:rPr>
              <w:br/>
              <w:t>Арены.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№39</w:t>
            </w:r>
            <w:r>
              <w:rPr>
                <w:color w:val="371B6B"/>
                <w:sz w:val="13"/>
              </w:rPr>
              <w:br/>
              <w:t>Арены.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№26</w:t>
            </w:r>
            <w:r>
              <w:rPr>
                <w:color w:val="701426"/>
                <w:sz w:val="13"/>
              </w:rPr>
              <w:br/>
              <w:t>Пишем сочинения по завальным текстам. Углубляемся. К10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№26</w:t>
            </w:r>
            <w:r>
              <w:rPr>
                <w:color w:val="701426"/>
                <w:sz w:val="13"/>
              </w:rPr>
              <w:br/>
              <w:t>Пишем сочинения по завальным текстам. Углубляемся. К10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№36</w:t>
            </w:r>
            <w:r>
              <w:rPr>
                <w:color w:val="1B4D20"/>
                <w:sz w:val="13"/>
              </w:rPr>
              <w:br/>
              <w:t>Царство Животные, Подцарство Простейшие (Одноклеточные), Тип Кишечно-полостные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№36</w:t>
            </w:r>
            <w:r>
              <w:rPr>
                <w:color w:val="1B4D20"/>
                <w:sz w:val="13"/>
              </w:rPr>
              <w:br/>
              <w:t>Царство Животные, Подцарство Простейшие (Одноклеточные), Тип Кишечно-полостные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№40</w:t>
            </w:r>
            <w:r>
              <w:rPr>
                <w:color w:val="371B6B"/>
                <w:sz w:val="13"/>
              </w:rPr>
              <w:br/>
              <w:t>Спирты. Многоатомные спирты.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№40</w:t>
            </w:r>
            <w:r>
              <w:rPr>
                <w:color w:val="371B6B"/>
                <w:sz w:val="13"/>
              </w:rPr>
              <w:br/>
              <w:t>Спирты. Многоатомные спирты.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№41</w:t>
            </w:r>
            <w:r>
              <w:rPr>
                <w:color w:val="371B6B"/>
                <w:sz w:val="13"/>
              </w:rPr>
              <w:br/>
              <w:t>Задача 34.5. Введение одной переменной. Масса конечного раствора. Изменение массы раствора. Изменение массовой доли.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№41</w:t>
            </w:r>
            <w:r>
              <w:rPr>
                <w:color w:val="371B6B"/>
                <w:sz w:val="13"/>
              </w:rPr>
              <w:br/>
              <w:t>Задача 34.5. Введение одной переменной. Масса конечного раствора. Изменение массы раствора. Изменение массовой доли.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10.01 ДО 14.01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Рубежная аттестация №2 (анатомия и физиология человека)</w:t>
            </w:r>
            <w:r>
              <w:rPr>
                <w:color w:val="1B4D20"/>
                <w:sz w:val="13"/>
              </w:rPr>
              <w:br/>
              <w:t>до 17.01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№11</w:t>
            </w:r>
            <w:r>
              <w:rPr>
                <w:color w:val="371B6B"/>
                <w:sz w:val="13"/>
              </w:rPr>
              <w:br/>
              <w:t>Задача 33.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8: 11 января — 31 января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11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12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13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14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15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16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17 янв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10.01 ДО 14.01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№27</w:t>
            </w:r>
            <w:r>
              <w:rPr>
                <w:color w:val="701426"/>
                <w:sz w:val="13"/>
              </w:rPr>
              <w:br/>
              <w:t>Вспоминаем все и решаем вариант.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№27</w:t>
            </w:r>
            <w:r>
              <w:rPr>
                <w:color w:val="701426"/>
                <w:sz w:val="13"/>
              </w:rPr>
              <w:br/>
              <w:t>Вспоминаем все и решаем вариант.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№37</w:t>
            </w:r>
            <w:r>
              <w:rPr>
                <w:color w:val="1B4D20"/>
                <w:sz w:val="13"/>
              </w:rPr>
              <w:br/>
              <w:t>Черви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№37</w:t>
            </w:r>
            <w:r>
              <w:rPr>
                <w:color w:val="1B4D20"/>
                <w:sz w:val="13"/>
              </w:rPr>
              <w:br/>
              <w:t>Черви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10.01 ДО 14.01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№36</w:t>
            </w:r>
            <w:r>
              <w:rPr>
                <w:color w:val="1B4D20"/>
                <w:sz w:val="13"/>
              </w:rPr>
              <w:br/>
              <w:t>Царство Животные, Подцарство Простейшие (Одноклеточные), Тип Кишечно-полостные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№36</w:t>
            </w:r>
            <w:r>
              <w:rPr>
                <w:color w:val="1B4D20"/>
                <w:sz w:val="13"/>
              </w:rPr>
              <w:br/>
              <w:t>Царство Животные, Подцарство Простейшие (Одноклеточные), Тип Кишечно-полостные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10.01 ДО 14.01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№40</w:t>
            </w:r>
            <w:r>
              <w:rPr>
                <w:color w:val="371B6B"/>
                <w:sz w:val="13"/>
              </w:rPr>
              <w:br/>
              <w:t>Спирты. Многоатомные спирты.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№40</w:t>
            </w:r>
            <w:r>
              <w:rPr>
                <w:color w:val="371B6B"/>
                <w:sz w:val="13"/>
              </w:rPr>
              <w:br/>
              <w:t>Спирты. Многоатомные спирты.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№10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№41</w:t>
            </w:r>
            <w:r>
              <w:rPr>
                <w:color w:val="701426"/>
                <w:sz w:val="13"/>
              </w:rPr>
              <w:br/>
              <w:t>4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№41</w:t>
            </w:r>
            <w:r>
              <w:rPr>
                <w:color w:val="701426"/>
                <w:sz w:val="13"/>
              </w:rPr>
              <w:br/>
              <w:t>4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10.01 ДО 14.01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№37</w:t>
            </w:r>
            <w:r>
              <w:rPr>
                <w:color w:val="1B4D20"/>
                <w:sz w:val="13"/>
              </w:rPr>
              <w:br/>
              <w:t>Черви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№37</w:t>
            </w:r>
            <w:r>
              <w:rPr>
                <w:color w:val="1B4D20"/>
                <w:sz w:val="13"/>
              </w:rPr>
              <w:br/>
              <w:t>Черви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Практика №41</w:t>
            </w:r>
            <w:r>
              <w:rPr>
                <w:color w:val="371B6B"/>
                <w:sz w:val="13"/>
              </w:rPr>
              <w:br/>
              <w:t>Задача 34.5. Введение одной переменной. Масса конечного раствора. Изменение массы раствора. Изменение массовой доли.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№41</w:t>
            </w:r>
            <w:r>
              <w:rPr>
                <w:color w:val="371B6B"/>
                <w:sz w:val="13"/>
              </w:rPr>
              <w:br/>
              <w:t>Задача 34.5. Введение одной переменной. Масса конечного раствора. Изменение массы раствора. Изменение массовой доли.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Зачёт №3 (до 24.01)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№42</w:t>
            </w:r>
            <w:r>
              <w:rPr>
                <w:color w:val="701426"/>
                <w:sz w:val="13"/>
              </w:rPr>
              <w:br/>
              <w:t>5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№42</w:t>
            </w:r>
            <w:r>
              <w:rPr>
                <w:color w:val="701426"/>
                <w:sz w:val="13"/>
              </w:rPr>
              <w:br/>
              <w:t>5 задание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№6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№9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№38</w:t>
            </w:r>
            <w:r>
              <w:rPr>
                <w:color w:val="1B4D20"/>
                <w:sz w:val="13"/>
              </w:rPr>
              <w:br/>
              <w:t>Тип Моллюски, Тип Членистоногие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№38</w:t>
            </w:r>
            <w:r>
              <w:rPr>
                <w:color w:val="1B4D20"/>
                <w:sz w:val="13"/>
              </w:rPr>
              <w:br/>
              <w:t>Тип Моллюски, Тип Членистоногие №1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№42</w:t>
            </w:r>
            <w:r>
              <w:rPr>
                <w:color w:val="371B6B"/>
                <w:sz w:val="13"/>
              </w:rPr>
              <w:br/>
              <w:t>Фенолы. Простые эфиры.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№42</w:t>
            </w:r>
            <w:r>
              <w:rPr>
                <w:color w:val="371B6B"/>
                <w:sz w:val="13"/>
              </w:rPr>
              <w:br/>
              <w:t>Фенолы. Простые эфиры.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№43</w:t>
            </w:r>
            <w:r>
              <w:rPr>
                <w:color w:val="371B6B"/>
                <w:sz w:val="13"/>
              </w:rPr>
              <w:br/>
              <w:t>Альдегиды и кетоны.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№43</w:t>
            </w:r>
            <w:r>
              <w:rPr>
                <w:color w:val="371B6B"/>
                <w:sz w:val="13"/>
              </w:rPr>
              <w:br/>
              <w:t>Альдегиды и кетоны.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Онлайн-разбор пробника №11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№43</w:t>
            </w:r>
            <w:r>
              <w:rPr>
                <w:color w:val="701426"/>
                <w:sz w:val="13"/>
              </w:rPr>
              <w:br/>
              <w:t>6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№43</w:t>
            </w:r>
            <w:r>
              <w:rPr>
                <w:color w:val="701426"/>
                <w:sz w:val="13"/>
              </w:rPr>
              <w:br/>
              <w:t>6 задание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18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19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20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21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22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23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24 янв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№28</w:t>
            </w:r>
            <w:r>
              <w:rPr>
                <w:color w:val="701426"/>
                <w:sz w:val="13"/>
              </w:rPr>
              <w:br/>
              <w:t>Сочинение ЕГЭ Комментарим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№28</w:t>
            </w:r>
            <w:r>
              <w:rPr>
                <w:color w:val="701426"/>
                <w:sz w:val="13"/>
              </w:rPr>
              <w:br/>
              <w:t>Сочинение ЕГЭ Комментарим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№39</w:t>
            </w:r>
            <w:r>
              <w:rPr>
                <w:color w:val="1B4D20"/>
                <w:sz w:val="13"/>
              </w:rPr>
              <w:br/>
              <w:t>Тип Членистоногие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№39</w:t>
            </w:r>
            <w:r>
              <w:rPr>
                <w:color w:val="1B4D20"/>
                <w:sz w:val="13"/>
              </w:rPr>
              <w:br/>
              <w:t>Тип Членистоногие №2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№12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№38</w:t>
            </w:r>
            <w:r>
              <w:rPr>
                <w:color w:val="1B4D20"/>
                <w:sz w:val="13"/>
              </w:rPr>
              <w:br/>
              <w:t>Тип Моллюски, Тип Членистоногие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№38</w:t>
            </w:r>
            <w:r>
              <w:rPr>
                <w:color w:val="1B4D20"/>
                <w:sz w:val="13"/>
              </w:rPr>
              <w:br/>
              <w:t>Тип Моллюски, Тип Членистоногие №1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№42</w:t>
            </w:r>
            <w:r>
              <w:rPr>
                <w:color w:val="371B6B"/>
                <w:sz w:val="13"/>
              </w:rPr>
              <w:br/>
              <w:t>Фенолы. Простые эфиры.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№42</w:t>
            </w:r>
            <w:r>
              <w:rPr>
                <w:color w:val="371B6B"/>
                <w:sz w:val="13"/>
              </w:rPr>
              <w:br/>
              <w:t>Фенолы. Простые эфиры.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№44</w:t>
            </w:r>
            <w:r>
              <w:rPr>
                <w:color w:val="701426"/>
                <w:sz w:val="13"/>
              </w:rPr>
              <w:br/>
              <w:t>7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№44</w:t>
            </w:r>
            <w:r>
              <w:rPr>
                <w:color w:val="701426"/>
                <w:sz w:val="13"/>
              </w:rPr>
              <w:br/>
              <w:t>7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№39</w:t>
            </w:r>
            <w:r>
              <w:rPr>
                <w:color w:val="1B4D20"/>
                <w:sz w:val="13"/>
              </w:rPr>
              <w:br/>
              <w:t>Тип Членистоногие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№39</w:t>
            </w:r>
            <w:r>
              <w:rPr>
                <w:color w:val="1B4D20"/>
                <w:sz w:val="13"/>
              </w:rPr>
              <w:br/>
              <w:t>Тип Членистоногие №2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№43</w:t>
            </w:r>
            <w:r>
              <w:rPr>
                <w:color w:val="371B6B"/>
                <w:sz w:val="13"/>
              </w:rPr>
              <w:br/>
              <w:t>Альдегиды и кетоны.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№43</w:t>
            </w:r>
            <w:r>
              <w:rPr>
                <w:color w:val="371B6B"/>
                <w:sz w:val="13"/>
              </w:rPr>
              <w:br/>
              <w:t>Альдегиды и кетоны.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№45</w:t>
            </w:r>
            <w:r>
              <w:rPr>
                <w:color w:val="701426"/>
                <w:sz w:val="13"/>
              </w:rPr>
              <w:br/>
              <w:t>8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№45</w:t>
            </w:r>
            <w:r>
              <w:rPr>
                <w:color w:val="701426"/>
                <w:sz w:val="13"/>
              </w:rPr>
              <w:br/>
              <w:t>8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№29</w:t>
            </w:r>
            <w:r>
              <w:rPr>
                <w:color w:val="701426"/>
                <w:sz w:val="13"/>
              </w:rPr>
              <w:br/>
              <w:t>Сумасшедшая нарешка заданий 4-8. К10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№29</w:t>
            </w:r>
            <w:r>
              <w:rPr>
                <w:color w:val="701426"/>
                <w:sz w:val="13"/>
              </w:rPr>
              <w:br/>
              <w:t>Сумасшедшая нарешка заданий 4-8. К10 на максимум.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№40</w:t>
            </w:r>
            <w:r>
              <w:rPr>
                <w:color w:val="1B4D20"/>
                <w:sz w:val="13"/>
              </w:rPr>
              <w:br/>
              <w:t>Тип Хордовые, Класс Головохордовые, Надкласс Рыбы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№40</w:t>
            </w:r>
            <w:r>
              <w:rPr>
                <w:color w:val="1B4D20"/>
                <w:sz w:val="13"/>
              </w:rPr>
              <w:br/>
              <w:t>Тип Хордовые, Класс Головохордовые, Надкласс Рыбы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№44</w:t>
            </w:r>
            <w:r>
              <w:rPr>
                <w:color w:val="371B6B"/>
                <w:sz w:val="13"/>
              </w:rPr>
              <w:br/>
              <w:t>Карбоновые кислоты.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№44</w:t>
            </w:r>
            <w:r>
              <w:rPr>
                <w:color w:val="371B6B"/>
                <w:sz w:val="13"/>
              </w:rPr>
              <w:br/>
              <w:t>Карбоновые кислоты.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№45</w:t>
            </w:r>
            <w:r>
              <w:rPr>
                <w:color w:val="371B6B"/>
                <w:sz w:val="13"/>
              </w:rPr>
              <w:br/>
              <w:t>Задача 34.6. Введение двух переменных. Типы солей. Соотношения и их преобразования.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№45</w:t>
            </w:r>
            <w:r>
              <w:rPr>
                <w:color w:val="371B6B"/>
                <w:sz w:val="13"/>
              </w:rPr>
              <w:br/>
              <w:t>Задача 34.6. Введение двух переменных. Типы солей. Соотношения и их преобразования.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Пересдача / Рубежная аттестация №2: Анатомия и физиология человека</w:t>
            </w:r>
            <w:r>
              <w:rPr>
                <w:color w:val="1B4D20"/>
                <w:sz w:val="13"/>
              </w:rPr>
              <w:br/>
              <w:t>до 31.01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№12</w:t>
            </w:r>
            <w:r>
              <w:rPr>
                <w:color w:val="371B6B"/>
                <w:sz w:val="13"/>
              </w:rPr>
              <w:br/>
              <w:t>Задача 34.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№46</w:t>
            </w:r>
            <w:r>
              <w:rPr>
                <w:color w:val="701426"/>
                <w:sz w:val="13"/>
              </w:rPr>
              <w:br/>
              <w:t>22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№46</w:t>
            </w:r>
            <w:r>
              <w:rPr>
                <w:color w:val="701426"/>
                <w:sz w:val="13"/>
              </w:rPr>
              <w:br/>
              <w:t>22 задание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25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26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27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28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29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30 янв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31 янв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№30</w:t>
            </w:r>
            <w:r>
              <w:rPr>
                <w:color w:val="701426"/>
                <w:sz w:val="13"/>
              </w:rPr>
              <w:br/>
              <w:t>МЕГАВЕБИНАР по заданиям 4-8, 22.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№30</w:t>
            </w:r>
            <w:r>
              <w:rPr>
                <w:color w:val="701426"/>
                <w:sz w:val="13"/>
              </w:rPr>
              <w:br/>
              <w:t>МЕГАВЕБИНАР по заданиям 4-8, 22.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№41</w:t>
            </w:r>
            <w:r>
              <w:rPr>
                <w:color w:val="1B4D20"/>
                <w:sz w:val="13"/>
              </w:rPr>
              <w:br/>
              <w:t>Класс Земноводные (Амфибии), Класс Пресмыкающиеся (Рептилии), Анамнии и амниоты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№41</w:t>
            </w:r>
            <w:r>
              <w:rPr>
                <w:color w:val="1B4D20"/>
                <w:sz w:val="13"/>
              </w:rPr>
              <w:br/>
              <w:t>Класс Земноводные (Амфибии), Класс Пресмыкающиеся (Рептилии), Анамнии и амниоты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№40</w:t>
            </w:r>
            <w:r>
              <w:rPr>
                <w:color w:val="1B4D20"/>
                <w:sz w:val="13"/>
              </w:rPr>
              <w:br/>
              <w:t>Тип Хордовые, Класс Головохордовые, Надкласс Рыбы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№40</w:t>
            </w:r>
            <w:r>
              <w:rPr>
                <w:color w:val="1B4D20"/>
                <w:sz w:val="13"/>
              </w:rPr>
              <w:br/>
              <w:t>Тип Хордовые, Класс Головохордовые, Надкласс Рыбы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№44</w:t>
            </w:r>
            <w:r>
              <w:rPr>
                <w:color w:val="371B6B"/>
                <w:sz w:val="13"/>
              </w:rPr>
              <w:br/>
              <w:t>Карбоновые кислоты.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№44</w:t>
            </w:r>
            <w:r>
              <w:rPr>
                <w:color w:val="371B6B"/>
                <w:sz w:val="13"/>
              </w:rPr>
              <w:br/>
              <w:t>Карбоновые кислоты.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№11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№47</w:t>
            </w:r>
            <w:r>
              <w:rPr>
                <w:color w:val="701426"/>
                <w:sz w:val="13"/>
              </w:rPr>
              <w:br/>
              <w:t>9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№47</w:t>
            </w:r>
            <w:r>
              <w:rPr>
                <w:color w:val="701426"/>
                <w:sz w:val="13"/>
              </w:rPr>
              <w:br/>
              <w:t>9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№41</w:t>
            </w:r>
            <w:r>
              <w:rPr>
                <w:color w:val="1B4D20"/>
                <w:sz w:val="13"/>
              </w:rPr>
              <w:br/>
              <w:t>Класс Земноводные (Амфибии), Класс Пресмыкающиеся (Рептилии), Анамнии и амниоты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№41</w:t>
            </w:r>
            <w:r>
              <w:rPr>
                <w:color w:val="1B4D20"/>
                <w:sz w:val="13"/>
              </w:rPr>
              <w:br/>
              <w:t>Класс Земноводные (Амфибии), Класс Пресмыкающиеся (Рептилии), Анамнии и амниоты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№45</w:t>
            </w:r>
            <w:r>
              <w:rPr>
                <w:color w:val="371B6B"/>
                <w:sz w:val="13"/>
              </w:rPr>
              <w:br/>
              <w:t>Задача 34.6. Введение двух переменных. Типы солей. Соотношения и их преобразования.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№45</w:t>
            </w:r>
            <w:r>
              <w:rPr>
                <w:color w:val="371B6B"/>
                <w:sz w:val="13"/>
              </w:rPr>
              <w:br/>
              <w:t>Задача 34.6. Введение двух переменных. Типы солей. Соотношения и их преобразования.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№48</w:t>
            </w:r>
            <w:r>
              <w:rPr>
                <w:color w:val="701426"/>
                <w:sz w:val="13"/>
              </w:rPr>
              <w:br/>
              <w:t>10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№48</w:t>
            </w:r>
            <w:r>
              <w:rPr>
                <w:color w:val="701426"/>
                <w:sz w:val="13"/>
              </w:rPr>
              <w:br/>
              <w:t>10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№10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№42</w:t>
            </w:r>
            <w:r>
              <w:rPr>
                <w:color w:val="1B4D20"/>
                <w:sz w:val="13"/>
              </w:rPr>
              <w:br/>
              <w:t>Класс Птицы, Класс Млекопитающие (Звери)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№42</w:t>
            </w:r>
            <w:r>
              <w:rPr>
                <w:color w:val="1B4D20"/>
                <w:sz w:val="13"/>
              </w:rPr>
              <w:br/>
              <w:t>Класс Птицы, Класс Млекопитающие (Звери)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№46</w:t>
            </w:r>
            <w:r>
              <w:rPr>
                <w:color w:val="371B6B"/>
                <w:sz w:val="13"/>
              </w:rPr>
              <w:br/>
              <w:t>Сложные эфиры. Жиры. Мыла.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№46</w:t>
            </w:r>
            <w:r>
              <w:rPr>
                <w:color w:val="371B6B"/>
                <w:sz w:val="13"/>
              </w:rPr>
              <w:br/>
              <w:t>Сложные эфиры. Жиры. Мыла.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№47</w:t>
            </w:r>
            <w:r>
              <w:rPr>
                <w:color w:val="371B6B"/>
                <w:sz w:val="13"/>
              </w:rPr>
              <w:br/>
              <w:t>Амины. Нитросоединения.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№47</w:t>
            </w:r>
            <w:r>
              <w:rPr>
                <w:color w:val="371B6B"/>
                <w:sz w:val="13"/>
              </w:rPr>
              <w:br/>
              <w:t>Амины. Нитросоединения.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9: 1 февраля — 21 февраля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3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4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5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6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7 фев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№43</w:t>
            </w:r>
            <w:r>
              <w:rPr>
                <w:color w:val="1B4D20"/>
                <w:sz w:val="13"/>
              </w:rPr>
              <w:br/>
              <w:t>Разнообразие Позвоночных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№43</w:t>
            </w:r>
            <w:r>
              <w:rPr>
                <w:color w:val="1B4D20"/>
                <w:sz w:val="13"/>
              </w:rPr>
              <w:br/>
              <w:t>Разнообразие Позвоночных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№13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№31</w:t>
            </w:r>
            <w:r>
              <w:rPr>
                <w:color w:val="701426"/>
                <w:sz w:val="13"/>
              </w:rPr>
              <w:br/>
              <w:t>9 задание + 10 задание + сочинение ЕГЭ.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№31</w:t>
            </w:r>
            <w:r>
              <w:rPr>
                <w:color w:val="701426"/>
                <w:sz w:val="13"/>
              </w:rPr>
              <w:br/>
              <w:t>9 задание + 10 задание + сочинение ЕГЭ.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Зачетный диктант №3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№42</w:t>
            </w:r>
            <w:r>
              <w:rPr>
                <w:color w:val="1B4D20"/>
                <w:sz w:val="13"/>
              </w:rPr>
              <w:br/>
              <w:t>Класс Птицы, Класс Млекопитающие (Звери)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№42</w:t>
            </w:r>
            <w:r>
              <w:rPr>
                <w:color w:val="1B4D20"/>
                <w:sz w:val="13"/>
              </w:rPr>
              <w:br/>
              <w:t>Класс Птицы, Класс Млекопитающие (Звери)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Тест №5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№46</w:t>
            </w:r>
            <w:r>
              <w:rPr>
                <w:color w:val="371B6B"/>
                <w:sz w:val="13"/>
              </w:rPr>
              <w:br/>
              <w:t>Сложные эфиры. Жиры. Мыла.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№46</w:t>
            </w:r>
            <w:r>
              <w:rPr>
                <w:color w:val="371B6B"/>
                <w:sz w:val="13"/>
              </w:rPr>
              <w:br/>
              <w:t>Сложные эфиры. Жиры. Мыла.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№49</w:t>
            </w:r>
            <w:r>
              <w:rPr>
                <w:color w:val="701426"/>
                <w:sz w:val="13"/>
              </w:rPr>
              <w:br/>
              <w:t>11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№49</w:t>
            </w:r>
            <w:r>
              <w:rPr>
                <w:color w:val="701426"/>
                <w:sz w:val="13"/>
              </w:rPr>
              <w:br/>
              <w:t>11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№43</w:t>
            </w:r>
            <w:r>
              <w:rPr>
                <w:color w:val="1B4D20"/>
                <w:sz w:val="13"/>
              </w:rPr>
              <w:br/>
              <w:t>Разнообразие Позвоночных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№43</w:t>
            </w:r>
            <w:r>
              <w:rPr>
                <w:color w:val="1B4D20"/>
                <w:sz w:val="13"/>
              </w:rPr>
              <w:br/>
              <w:t>Разнообразие Позвоночных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№47</w:t>
            </w:r>
            <w:r>
              <w:rPr>
                <w:color w:val="371B6B"/>
                <w:sz w:val="13"/>
              </w:rPr>
              <w:br/>
              <w:t>Амины. Нитросоединения.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№47</w:t>
            </w:r>
            <w:r>
              <w:rPr>
                <w:color w:val="371B6B"/>
                <w:sz w:val="13"/>
              </w:rPr>
              <w:br/>
              <w:t>Амины. Нитросоединения.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№50</w:t>
            </w:r>
            <w:r>
              <w:rPr>
                <w:color w:val="701426"/>
                <w:sz w:val="13"/>
              </w:rPr>
              <w:br/>
              <w:t>12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№50</w:t>
            </w:r>
            <w:r>
              <w:rPr>
                <w:color w:val="701426"/>
                <w:sz w:val="13"/>
              </w:rPr>
              <w:br/>
              <w:t>12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№32</w:t>
            </w:r>
            <w:r>
              <w:rPr>
                <w:color w:val="701426"/>
                <w:sz w:val="13"/>
              </w:rPr>
              <w:br/>
              <w:t>К1-К6 на максимум. Сумасшедшая нарешка заданий 9-12.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№32</w:t>
            </w:r>
            <w:r>
              <w:rPr>
                <w:color w:val="701426"/>
                <w:sz w:val="13"/>
              </w:rPr>
              <w:br/>
              <w:t>К1-К6 на максимум. Сумасшедшая нарешка заданий 9-12.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№44</w:t>
            </w:r>
            <w:r>
              <w:rPr>
                <w:color w:val="1B4D20"/>
                <w:sz w:val="13"/>
              </w:rPr>
              <w:br/>
              <w:t>Царство Растения, Ткани Растений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№44</w:t>
            </w:r>
            <w:r>
              <w:rPr>
                <w:color w:val="1B4D20"/>
                <w:sz w:val="13"/>
              </w:rPr>
              <w:br/>
              <w:t>Царство Растения, Ткани Растений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Зачет №3 до 14.02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№48</w:t>
            </w:r>
            <w:r>
              <w:rPr>
                <w:color w:val="371B6B"/>
                <w:sz w:val="13"/>
              </w:rPr>
              <w:br/>
              <w:t>Аминокислоты. Белки.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№48</w:t>
            </w:r>
            <w:r>
              <w:rPr>
                <w:color w:val="371B6B"/>
                <w:sz w:val="13"/>
              </w:rPr>
              <w:br/>
              <w:t>Аминокислоты. Белки.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№49</w:t>
            </w:r>
            <w:r>
              <w:rPr>
                <w:color w:val="371B6B"/>
                <w:sz w:val="13"/>
              </w:rPr>
              <w:br/>
              <w:t>Задача 34.7. Атомарность.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№49</w:t>
            </w:r>
            <w:r>
              <w:rPr>
                <w:color w:val="371B6B"/>
                <w:sz w:val="13"/>
              </w:rPr>
              <w:br/>
              <w:t>Задача 34.7. Атомарность.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№13</w:t>
            </w:r>
            <w:r>
              <w:rPr>
                <w:color w:val="371B6B"/>
                <w:sz w:val="13"/>
              </w:rPr>
              <w:br/>
              <w:t>Задача 34.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8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9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10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11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12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13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14 фев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№33</w:t>
            </w:r>
            <w:r>
              <w:rPr>
                <w:color w:val="701426"/>
                <w:sz w:val="13"/>
              </w:rPr>
              <w:br/>
              <w:t>9-12 задания + аргументация в сочинении.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№33</w:t>
            </w:r>
            <w:r>
              <w:rPr>
                <w:color w:val="701426"/>
                <w:sz w:val="13"/>
              </w:rPr>
              <w:br/>
              <w:t>9-12 задания + аргументация в сочинении.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№45</w:t>
            </w:r>
            <w:r>
              <w:rPr>
                <w:color w:val="1B4D20"/>
                <w:sz w:val="13"/>
              </w:rPr>
              <w:br/>
              <w:t>Вегетативные органы растений — корень, побег и стебель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№45</w:t>
            </w:r>
            <w:r>
              <w:rPr>
                <w:color w:val="1B4D20"/>
                <w:sz w:val="13"/>
              </w:rPr>
              <w:br/>
              <w:t>Вегетативные органы растений — корень, побег и стебель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№44</w:t>
            </w:r>
            <w:r>
              <w:rPr>
                <w:color w:val="1B4D20"/>
                <w:sz w:val="13"/>
              </w:rPr>
              <w:br/>
              <w:t>Царство Растения, Ткани Растений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№44</w:t>
            </w:r>
            <w:r>
              <w:rPr>
                <w:color w:val="1B4D20"/>
                <w:sz w:val="13"/>
              </w:rPr>
              <w:br/>
              <w:t>Царство Растения, Ткани Растений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10.02 ДО 14.02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№48</w:t>
            </w:r>
            <w:r>
              <w:rPr>
                <w:color w:val="371B6B"/>
                <w:sz w:val="13"/>
              </w:rPr>
              <w:br/>
              <w:t>Аминокислоты. Белки.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№48</w:t>
            </w:r>
            <w:r>
              <w:rPr>
                <w:color w:val="371B6B"/>
                <w:sz w:val="13"/>
              </w:rPr>
              <w:br/>
              <w:t>Аминокислоты. Белки.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№12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№51</w:t>
            </w:r>
            <w:r>
              <w:rPr>
                <w:color w:val="701426"/>
                <w:sz w:val="13"/>
              </w:rPr>
              <w:br/>
              <w:t>13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№51</w:t>
            </w:r>
            <w:r>
              <w:rPr>
                <w:color w:val="701426"/>
                <w:sz w:val="13"/>
              </w:rPr>
              <w:br/>
              <w:t>13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10.02 ДО 14.02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№45</w:t>
            </w:r>
            <w:r>
              <w:rPr>
                <w:color w:val="1B4D20"/>
                <w:sz w:val="13"/>
              </w:rPr>
              <w:br/>
              <w:t>Вегетативные органы растений — корень, побег и стебель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№45</w:t>
            </w:r>
            <w:r>
              <w:rPr>
                <w:color w:val="1B4D20"/>
                <w:sz w:val="13"/>
              </w:rPr>
              <w:br/>
              <w:t>Вегетативные органы растений — корень, побег и стебель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10.02 ДО 14.02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№49</w:t>
            </w:r>
            <w:r>
              <w:rPr>
                <w:color w:val="371B6B"/>
                <w:sz w:val="13"/>
              </w:rPr>
              <w:br/>
              <w:t>Задача 34.7. Атомарность.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№49</w:t>
            </w:r>
            <w:r>
              <w:rPr>
                <w:color w:val="371B6B"/>
                <w:sz w:val="13"/>
              </w:rPr>
              <w:br/>
              <w:t>Задача 34.7. Атомарность.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№52</w:t>
            </w:r>
            <w:r>
              <w:rPr>
                <w:color w:val="701426"/>
                <w:sz w:val="13"/>
              </w:rPr>
              <w:br/>
              <w:t>14 задание (часть 1)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№52</w:t>
            </w:r>
            <w:r>
              <w:rPr>
                <w:color w:val="701426"/>
                <w:sz w:val="13"/>
              </w:rPr>
              <w:br/>
              <w:t>14 задание (часть 1)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10.02 ДО 14.02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№11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№46</w:t>
            </w:r>
            <w:r>
              <w:rPr>
                <w:color w:val="1B4D20"/>
                <w:sz w:val="13"/>
              </w:rPr>
              <w:br/>
              <w:t>Вегетативные органы растений — лист, Вегетативное размножение растений, Огород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№46</w:t>
            </w:r>
            <w:r>
              <w:rPr>
                <w:color w:val="1B4D20"/>
                <w:sz w:val="13"/>
              </w:rPr>
              <w:br/>
              <w:t>Вегетативные органы растений — лист, Вегетативное размножение растений, Огород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№50</w:t>
            </w:r>
            <w:r>
              <w:rPr>
                <w:color w:val="371B6B"/>
                <w:sz w:val="13"/>
              </w:rPr>
              <w:br/>
              <w:t>Углеводы.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№50</w:t>
            </w:r>
            <w:r>
              <w:rPr>
                <w:color w:val="371B6B"/>
                <w:sz w:val="13"/>
              </w:rPr>
              <w:br/>
              <w:t>Углеводы.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№51</w:t>
            </w:r>
            <w:r>
              <w:rPr>
                <w:color w:val="371B6B"/>
                <w:sz w:val="13"/>
              </w:rPr>
              <w:br/>
              <w:t>Галогенпроизводные. Природные источники углеводородов.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№51</w:t>
            </w:r>
            <w:r>
              <w:rPr>
                <w:color w:val="371B6B"/>
                <w:sz w:val="13"/>
              </w:rPr>
              <w:br/>
              <w:t>Галогенпроизводные. Природные источники углеводородов.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10.02 ДО 14.02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Онлайн-разбор пробника №13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15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16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17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18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19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20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21 фев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№47</w:t>
            </w:r>
            <w:r>
              <w:rPr>
                <w:color w:val="1B4D20"/>
                <w:sz w:val="13"/>
              </w:rPr>
              <w:br/>
              <w:t>Генеративные органы растений — цветок, семя и плод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№47</w:t>
            </w:r>
            <w:r>
              <w:rPr>
                <w:color w:val="1B4D20"/>
                <w:sz w:val="13"/>
              </w:rPr>
              <w:br/>
              <w:t>Генеративные органы растений — цветок, семя и плод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№14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№34</w:t>
            </w:r>
            <w:r>
              <w:rPr>
                <w:color w:val="701426"/>
                <w:sz w:val="13"/>
              </w:rPr>
              <w:br/>
              <w:t>13-14 задания + аргументация в сочинении.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№34</w:t>
            </w:r>
            <w:r>
              <w:rPr>
                <w:color w:val="701426"/>
                <w:sz w:val="13"/>
              </w:rPr>
              <w:br/>
              <w:t>13-14 задания + аргументация в сочинении.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№7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№46</w:t>
            </w:r>
            <w:r>
              <w:rPr>
                <w:color w:val="1B4D20"/>
                <w:sz w:val="13"/>
              </w:rPr>
              <w:br/>
              <w:t>Вегетативные органы растений — лист, Вегетативное размножение растений, Огород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№46</w:t>
            </w:r>
            <w:r>
              <w:rPr>
                <w:color w:val="1B4D20"/>
                <w:sz w:val="13"/>
              </w:rPr>
              <w:br/>
              <w:t>Вегетативные органы растений — лист, Вегетативное размножение растений, Огород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Рубежная аттестация №3: Сочинение ЕГЭ, критерии сочинения, аргументация своей позиции</w:t>
            </w:r>
            <w:r>
              <w:rPr>
                <w:color w:val="701426"/>
                <w:sz w:val="13"/>
              </w:rPr>
              <w:br/>
              <w:t>до 23.02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№50</w:t>
            </w:r>
            <w:r>
              <w:rPr>
                <w:color w:val="371B6B"/>
                <w:sz w:val="13"/>
              </w:rPr>
              <w:br/>
              <w:t>Углеводы.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№50</w:t>
            </w:r>
            <w:r>
              <w:rPr>
                <w:color w:val="371B6B"/>
                <w:sz w:val="13"/>
              </w:rPr>
              <w:br/>
              <w:t>Углеводы.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№53</w:t>
            </w:r>
            <w:r>
              <w:rPr>
                <w:color w:val="701426"/>
                <w:sz w:val="13"/>
              </w:rPr>
              <w:br/>
              <w:t>14 задание (часть 2)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№53</w:t>
            </w:r>
            <w:r>
              <w:rPr>
                <w:color w:val="701426"/>
                <w:sz w:val="13"/>
              </w:rPr>
              <w:br/>
              <w:t>14 задание (часть 2)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№47</w:t>
            </w:r>
            <w:r>
              <w:rPr>
                <w:color w:val="1B4D20"/>
                <w:sz w:val="13"/>
              </w:rPr>
              <w:br/>
              <w:t>Генеративные органы растений — цветок, семя и плод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№47</w:t>
            </w:r>
            <w:r>
              <w:rPr>
                <w:color w:val="1B4D20"/>
                <w:sz w:val="13"/>
              </w:rPr>
              <w:br/>
              <w:t>Генеративные органы растений — цветок, семя и плод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№51</w:t>
            </w:r>
            <w:r>
              <w:rPr>
                <w:color w:val="371B6B"/>
                <w:sz w:val="13"/>
              </w:rPr>
              <w:br/>
              <w:t>Галогенпроизводные. Природные источники углеводородов.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№51</w:t>
            </w:r>
            <w:r>
              <w:rPr>
                <w:color w:val="371B6B"/>
                <w:sz w:val="13"/>
              </w:rPr>
              <w:br/>
              <w:t>Галогенпроизводные. Природные источники углеводородов.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№54</w:t>
            </w:r>
            <w:r>
              <w:rPr>
                <w:color w:val="701426"/>
                <w:sz w:val="13"/>
              </w:rPr>
              <w:br/>
              <w:t>15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№54</w:t>
            </w:r>
            <w:r>
              <w:rPr>
                <w:color w:val="701426"/>
                <w:sz w:val="13"/>
              </w:rPr>
              <w:br/>
              <w:t>15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№35</w:t>
            </w:r>
            <w:r>
              <w:rPr>
                <w:color w:val="701426"/>
                <w:sz w:val="13"/>
              </w:rPr>
              <w:br/>
              <w:t>К7 на максимум. Сумасшедшая нарешка заданий 13-15.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№35</w:t>
            </w:r>
            <w:r>
              <w:rPr>
                <w:color w:val="701426"/>
                <w:sz w:val="13"/>
              </w:rPr>
              <w:br/>
              <w:t>К7 на максимум. Сумасшедшая нарешка заданий 13-15.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№48</w:t>
            </w:r>
            <w:r>
              <w:rPr>
                <w:color w:val="1B4D20"/>
                <w:sz w:val="13"/>
              </w:rPr>
              <w:br/>
              <w:t>Водоросли, Жизненные формы растений, Споровые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№48</w:t>
            </w:r>
            <w:r>
              <w:rPr>
                <w:color w:val="1B4D20"/>
                <w:sz w:val="13"/>
              </w:rPr>
              <w:br/>
              <w:t>Водоросли, Жизненные формы растений, Споровые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№52</w:t>
            </w:r>
            <w:r>
              <w:rPr>
                <w:color w:val="371B6B"/>
                <w:sz w:val="13"/>
              </w:rPr>
              <w:br/>
              <w:t>Задача 34.8. Растворимость. Растворимость КГ.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№52</w:t>
            </w:r>
            <w:r>
              <w:rPr>
                <w:color w:val="371B6B"/>
                <w:sz w:val="13"/>
              </w:rPr>
              <w:br/>
              <w:t>Задача 34.8. Растворимость. Растворимость КГ.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№14</w:t>
            </w:r>
            <w:r>
              <w:rPr>
                <w:color w:val="371B6B"/>
                <w:sz w:val="13"/>
              </w:rPr>
              <w:br/>
              <w:t>Задача 34.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10: 22 февраля — 14 марта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22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23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24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25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26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27 фев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28 фев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№36</w:t>
            </w:r>
            <w:r>
              <w:rPr>
                <w:color w:val="701426"/>
                <w:sz w:val="13"/>
              </w:rPr>
              <w:br/>
              <w:t>МЕГАВЕБИНАР по орфографии.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№36</w:t>
            </w:r>
            <w:r>
              <w:rPr>
                <w:color w:val="701426"/>
                <w:sz w:val="13"/>
              </w:rPr>
              <w:br/>
              <w:t>МЕГАВЕБИНАР по орфографии.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№49</w:t>
            </w:r>
            <w:r>
              <w:rPr>
                <w:color w:val="1B4D20"/>
                <w:sz w:val="13"/>
              </w:rPr>
              <w:br/>
              <w:t>Семенные растения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№49</w:t>
            </w:r>
            <w:r>
              <w:rPr>
                <w:color w:val="1B4D20"/>
                <w:sz w:val="13"/>
              </w:rPr>
              <w:br/>
              <w:t>Семенные растения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№48</w:t>
            </w:r>
            <w:r>
              <w:rPr>
                <w:color w:val="1B4D20"/>
                <w:sz w:val="13"/>
              </w:rPr>
              <w:br/>
              <w:t>Водоросли, Жизненные формы растений, Споровые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№48</w:t>
            </w:r>
            <w:r>
              <w:rPr>
                <w:color w:val="1B4D20"/>
                <w:sz w:val="13"/>
              </w:rPr>
              <w:br/>
              <w:t>Водоросли, Жизненные формы растений, Споровые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№13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Обобщающая практика по органике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Обобщающая практика по органике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Рубежная аттестация №2 (органическая химия)</w:t>
            </w:r>
            <w:r>
              <w:rPr>
                <w:color w:val="371B6B"/>
                <w:sz w:val="13"/>
              </w:rPr>
              <w:br/>
              <w:t>до 03.03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№55</w:t>
            </w:r>
            <w:r>
              <w:rPr>
                <w:color w:val="701426"/>
                <w:sz w:val="13"/>
              </w:rPr>
              <w:br/>
              <w:t>16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№55</w:t>
            </w:r>
            <w:r>
              <w:rPr>
                <w:color w:val="701426"/>
                <w:sz w:val="13"/>
              </w:rPr>
              <w:br/>
              <w:t>16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№49</w:t>
            </w:r>
            <w:r>
              <w:rPr>
                <w:color w:val="1B4D20"/>
                <w:sz w:val="13"/>
              </w:rPr>
              <w:br/>
              <w:t>Семенные растения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№49</w:t>
            </w:r>
            <w:r>
              <w:rPr>
                <w:color w:val="1B4D20"/>
                <w:sz w:val="13"/>
              </w:rPr>
              <w:br/>
              <w:t>Семенные растения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№52</w:t>
            </w:r>
            <w:r>
              <w:rPr>
                <w:color w:val="371B6B"/>
                <w:sz w:val="13"/>
              </w:rPr>
              <w:br/>
              <w:t>Задача 34.8. Растворимость. Растворимость КГ.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№52</w:t>
            </w:r>
            <w:r>
              <w:rPr>
                <w:color w:val="371B6B"/>
                <w:sz w:val="13"/>
              </w:rPr>
              <w:br/>
              <w:t>Задача 34.8. Растворимость. Растворимость КГ.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№56</w:t>
            </w:r>
            <w:r>
              <w:rPr>
                <w:color w:val="701426"/>
                <w:sz w:val="13"/>
              </w:rPr>
              <w:br/>
              <w:t>17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№56</w:t>
            </w:r>
            <w:r>
              <w:rPr>
                <w:color w:val="701426"/>
                <w:sz w:val="13"/>
              </w:rPr>
              <w:br/>
              <w:t>17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№12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№50</w:t>
            </w:r>
            <w:r>
              <w:rPr>
                <w:color w:val="1B4D20"/>
                <w:sz w:val="13"/>
              </w:rPr>
              <w:br/>
              <w:t>Жизненные циклы растений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№50</w:t>
            </w:r>
            <w:r>
              <w:rPr>
                <w:color w:val="1B4D20"/>
                <w:sz w:val="13"/>
              </w:rPr>
              <w:br/>
              <w:t>Жизненные циклы растений №1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№53</w:t>
            </w:r>
            <w:r>
              <w:rPr>
                <w:color w:val="371B6B"/>
                <w:sz w:val="13"/>
              </w:rPr>
              <w:br/>
              <w:t>Закономерности ОВР.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№53</w:t>
            </w:r>
            <w:r>
              <w:rPr>
                <w:color w:val="371B6B"/>
                <w:sz w:val="13"/>
              </w:rPr>
              <w:br/>
              <w:t>Закономерности ОВР.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№54</w:t>
            </w:r>
            <w:r>
              <w:rPr>
                <w:color w:val="371B6B"/>
                <w:sz w:val="13"/>
              </w:rPr>
              <w:br/>
              <w:t>Задача 34.9. Электролиз. Пластинка.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№54</w:t>
            </w:r>
            <w:r>
              <w:rPr>
                <w:color w:val="371B6B"/>
                <w:sz w:val="13"/>
              </w:rPr>
              <w:br/>
              <w:t>Задача 34.9. Электролиз. Пластинка.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3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4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5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6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7 мар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№51</w:t>
            </w:r>
            <w:r>
              <w:rPr>
                <w:color w:val="1B4D20"/>
                <w:sz w:val="13"/>
              </w:rPr>
              <w:br/>
              <w:t>Жизненные циклы растений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№51</w:t>
            </w:r>
            <w:r>
              <w:rPr>
                <w:color w:val="1B4D20"/>
                <w:sz w:val="13"/>
              </w:rPr>
              <w:br/>
              <w:t>Жизненные циклы растений №2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№15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№37</w:t>
            </w:r>
            <w:r>
              <w:rPr>
                <w:color w:val="701426"/>
                <w:sz w:val="13"/>
              </w:rPr>
              <w:br/>
              <w:t>Сочинение ЕГЭ Комментарим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№37</w:t>
            </w:r>
            <w:r>
              <w:rPr>
                <w:color w:val="701426"/>
                <w:sz w:val="13"/>
              </w:rPr>
              <w:br/>
              <w:t>Сочинение ЕГЭ Комментарим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Зачетный диктант №4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№50</w:t>
            </w:r>
            <w:r>
              <w:rPr>
                <w:color w:val="1B4D20"/>
                <w:sz w:val="13"/>
              </w:rPr>
              <w:br/>
              <w:t>Жизненные циклы растений №1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№50</w:t>
            </w:r>
            <w:r>
              <w:rPr>
                <w:color w:val="1B4D20"/>
                <w:sz w:val="13"/>
              </w:rPr>
              <w:br/>
              <w:t>Жизненные циклы растений №1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Тест №6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№53</w:t>
            </w:r>
            <w:r>
              <w:rPr>
                <w:color w:val="371B6B"/>
                <w:sz w:val="13"/>
              </w:rPr>
              <w:br/>
              <w:t>Закономерности ОВР.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№53</w:t>
            </w:r>
            <w:r>
              <w:rPr>
                <w:color w:val="371B6B"/>
                <w:sz w:val="13"/>
              </w:rPr>
              <w:br/>
              <w:t>Закономерности ОВР.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№57</w:t>
            </w:r>
            <w:r>
              <w:rPr>
                <w:color w:val="701426"/>
                <w:sz w:val="13"/>
              </w:rPr>
              <w:br/>
              <w:t>18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№57</w:t>
            </w:r>
            <w:r>
              <w:rPr>
                <w:color w:val="701426"/>
                <w:sz w:val="13"/>
              </w:rPr>
              <w:br/>
              <w:t>18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№51</w:t>
            </w:r>
            <w:r>
              <w:rPr>
                <w:color w:val="1B4D20"/>
                <w:sz w:val="13"/>
              </w:rPr>
              <w:br/>
              <w:t>Жизненные циклы растений №2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№51</w:t>
            </w:r>
            <w:r>
              <w:rPr>
                <w:color w:val="1B4D20"/>
                <w:sz w:val="13"/>
              </w:rPr>
              <w:br/>
              <w:t>Жизненные циклы растений №2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№54</w:t>
            </w:r>
            <w:r>
              <w:rPr>
                <w:color w:val="371B6B"/>
                <w:sz w:val="13"/>
              </w:rPr>
              <w:br/>
              <w:t>Задача 34.9. Электролиз. Пластинка.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№54</w:t>
            </w:r>
            <w:r>
              <w:rPr>
                <w:color w:val="371B6B"/>
                <w:sz w:val="13"/>
              </w:rPr>
              <w:br/>
              <w:t>Задача 34.9. Электролиз. Пластинка.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№58</w:t>
            </w:r>
            <w:r>
              <w:rPr>
                <w:color w:val="701426"/>
                <w:sz w:val="13"/>
              </w:rPr>
              <w:br/>
              <w:t>19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№58</w:t>
            </w:r>
            <w:r>
              <w:rPr>
                <w:color w:val="701426"/>
                <w:sz w:val="13"/>
              </w:rPr>
              <w:br/>
              <w:t>19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№38</w:t>
            </w:r>
            <w:r>
              <w:rPr>
                <w:color w:val="701426"/>
                <w:sz w:val="13"/>
              </w:rPr>
              <w:br/>
              <w:t>Пишем и вычитываем сочинение. Самопроверка на экзамене. Повторяем все критерии. Сумасшедшая нарешка заданий 16-19.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№38</w:t>
            </w:r>
            <w:r>
              <w:rPr>
                <w:color w:val="701426"/>
                <w:sz w:val="13"/>
              </w:rPr>
              <w:br/>
              <w:t>Пишем и вычитываем сочинение. Самопроверка на экзамене. Повторяем все критерии. Сумасшедшая нарешка заданий 16-19.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№52</w:t>
            </w:r>
            <w:r>
              <w:rPr>
                <w:color w:val="1B4D20"/>
                <w:sz w:val="13"/>
              </w:rPr>
              <w:br/>
              <w:t>Развитие эволюционных идей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№52</w:t>
            </w:r>
            <w:r>
              <w:rPr>
                <w:color w:val="1B4D20"/>
                <w:sz w:val="13"/>
              </w:rPr>
              <w:br/>
              <w:t>Развитие эволюционных идей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№55</w:t>
            </w:r>
            <w:r>
              <w:rPr>
                <w:color w:val="371B6B"/>
                <w:sz w:val="13"/>
              </w:rPr>
              <w:br/>
              <w:t>Водород. Пероксид водорода.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№55</w:t>
            </w:r>
            <w:r>
              <w:rPr>
                <w:color w:val="371B6B"/>
                <w:sz w:val="13"/>
              </w:rPr>
              <w:br/>
              <w:t>Водород. Пероксид водорода.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№56</w:t>
            </w:r>
            <w:r>
              <w:rPr>
                <w:color w:val="371B6B"/>
                <w:sz w:val="13"/>
              </w:rPr>
              <w:br/>
              <w:t>Галогены.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№56</w:t>
            </w:r>
            <w:r>
              <w:rPr>
                <w:color w:val="371B6B"/>
                <w:sz w:val="13"/>
              </w:rPr>
              <w:br/>
              <w:t>Галогены.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Рубежная аттестация №3 (зоология и ботаника)</w:t>
            </w:r>
            <w:r>
              <w:rPr>
                <w:color w:val="1B4D20"/>
                <w:sz w:val="13"/>
              </w:rPr>
              <w:br/>
              <w:t>до 14.03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№15</w:t>
            </w:r>
            <w:r>
              <w:rPr>
                <w:color w:val="371B6B"/>
                <w:sz w:val="13"/>
              </w:rPr>
              <w:br/>
              <w:t>Задачи 33 и 34.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8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9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10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11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12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13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14 мар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№39</w:t>
            </w:r>
            <w:r>
              <w:rPr>
                <w:color w:val="701426"/>
                <w:sz w:val="13"/>
              </w:rPr>
              <w:br/>
              <w:t>16-19 задания + аргументация в сочинении.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№39</w:t>
            </w:r>
            <w:r>
              <w:rPr>
                <w:color w:val="701426"/>
                <w:sz w:val="13"/>
              </w:rPr>
              <w:br/>
              <w:t>16-19 задания + аргументация в сочинении.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№53</w:t>
            </w:r>
            <w:r>
              <w:rPr>
                <w:color w:val="1B4D20"/>
                <w:sz w:val="13"/>
              </w:rPr>
              <w:br/>
              <w:t>Движущие силы (факторы) эволюции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№53</w:t>
            </w:r>
            <w:r>
              <w:rPr>
                <w:color w:val="1B4D20"/>
                <w:sz w:val="13"/>
              </w:rPr>
              <w:br/>
              <w:t>Движущие силы (факторы) эволюции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№52</w:t>
            </w:r>
            <w:r>
              <w:rPr>
                <w:color w:val="1B4D20"/>
                <w:sz w:val="13"/>
              </w:rPr>
              <w:br/>
              <w:t>Развитие эволюционных идей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№52</w:t>
            </w:r>
            <w:r>
              <w:rPr>
                <w:color w:val="1B4D20"/>
                <w:sz w:val="13"/>
              </w:rPr>
              <w:br/>
              <w:t>Развитие эволюционных идей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10.03 ДО 14.03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№14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Практика №55</w:t>
            </w:r>
            <w:r>
              <w:rPr>
                <w:color w:val="371B6B"/>
                <w:sz w:val="13"/>
              </w:rPr>
              <w:br/>
              <w:t>Водород. Пероксид водорода.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№55</w:t>
            </w:r>
            <w:r>
              <w:rPr>
                <w:color w:val="371B6B"/>
                <w:sz w:val="13"/>
              </w:rPr>
              <w:br/>
              <w:t>Водород. Пероксид водорода.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ПЕРЕСДАЧА: Рубежная аттестация №2 (органическая химия)</w:t>
            </w:r>
            <w:r>
              <w:rPr>
                <w:color w:val="371B6B"/>
                <w:sz w:val="13"/>
              </w:rPr>
              <w:br/>
              <w:t>до 17.03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№59</w:t>
            </w:r>
            <w:r>
              <w:rPr>
                <w:color w:val="701426"/>
                <w:sz w:val="13"/>
              </w:rPr>
              <w:br/>
              <w:t>20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№59</w:t>
            </w:r>
            <w:r>
              <w:rPr>
                <w:color w:val="701426"/>
                <w:sz w:val="13"/>
              </w:rPr>
              <w:br/>
              <w:t>20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10.03 ДО 14.03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№53</w:t>
            </w:r>
            <w:r>
              <w:rPr>
                <w:color w:val="1B4D20"/>
                <w:sz w:val="13"/>
              </w:rPr>
              <w:br/>
              <w:t>Движущие силы (факторы) эволюции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№53</w:t>
            </w:r>
            <w:r>
              <w:rPr>
                <w:color w:val="1B4D20"/>
                <w:sz w:val="13"/>
              </w:rPr>
              <w:br/>
              <w:t>Движущие силы (факторы) эволюции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10.03 ДО 14.03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№56</w:t>
            </w:r>
            <w:r>
              <w:rPr>
                <w:color w:val="371B6B"/>
                <w:sz w:val="13"/>
              </w:rPr>
              <w:br/>
              <w:t>Галогены.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№56</w:t>
            </w:r>
            <w:r>
              <w:rPr>
                <w:color w:val="371B6B"/>
                <w:sz w:val="13"/>
              </w:rPr>
              <w:br/>
              <w:t>Галогены.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№60</w:t>
            </w:r>
            <w:r>
              <w:rPr>
                <w:color w:val="701426"/>
                <w:sz w:val="13"/>
              </w:rPr>
              <w:br/>
              <w:t>21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№60</w:t>
            </w:r>
            <w:r>
              <w:rPr>
                <w:color w:val="701426"/>
                <w:sz w:val="13"/>
              </w:rPr>
              <w:br/>
              <w:t>21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10.03 ДО 14.03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№13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№54</w:t>
            </w:r>
            <w:r>
              <w:rPr>
                <w:color w:val="1B4D20"/>
                <w:sz w:val="13"/>
              </w:rPr>
              <w:br/>
              <w:t>Микроэволюция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№54</w:t>
            </w:r>
            <w:r>
              <w:rPr>
                <w:color w:val="1B4D20"/>
                <w:sz w:val="13"/>
              </w:rPr>
              <w:br/>
              <w:t>Микроэволюция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№57</w:t>
            </w:r>
            <w:r>
              <w:rPr>
                <w:color w:val="371B6B"/>
                <w:sz w:val="13"/>
              </w:rPr>
              <w:br/>
              <w:t>Кислород. Сера.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№57</w:t>
            </w:r>
            <w:r>
              <w:rPr>
                <w:color w:val="371B6B"/>
                <w:sz w:val="13"/>
              </w:rPr>
              <w:br/>
              <w:t>Кислород. Сера.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№58</w:t>
            </w:r>
            <w:r>
              <w:rPr>
                <w:color w:val="371B6B"/>
                <w:sz w:val="13"/>
              </w:rPr>
              <w:br/>
              <w:t>Азот.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№58</w:t>
            </w:r>
            <w:r>
              <w:rPr>
                <w:color w:val="371B6B"/>
                <w:sz w:val="13"/>
              </w:rPr>
              <w:br/>
              <w:t>Азот.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10.03 ДО 14.03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Онлайн-разбор пробника №15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11: 15 марта — 4 апреля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15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16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17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18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19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20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21 мар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№55</w:t>
            </w:r>
            <w:r>
              <w:rPr>
                <w:color w:val="1B4D20"/>
                <w:sz w:val="13"/>
              </w:rPr>
              <w:br/>
              <w:t>Макроэволюция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№55</w:t>
            </w:r>
            <w:r>
              <w:rPr>
                <w:color w:val="1B4D20"/>
                <w:sz w:val="13"/>
              </w:rPr>
              <w:br/>
              <w:t>Макроэволюция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№16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№40</w:t>
            </w:r>
            <w:r>
              <w:rPr>
                <w:color w:val="701426"/>
                <w:sz w:val="13"/>
              </w:rPr>
              <w:br/>
              <w:t>МЕГАВЕБИНАР по пунктуации.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№40</w:t>
            </w:r>
            <w:r>
              <w:rPr>
                <w:color w:val="701426"/>
                <w:sz w:val="13"/>
              </w:rPr>
              <w:br/>
              <w:t>МЕГАВЕБИНАР по пунктуации. Русская рулетка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Пробник №8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№54</w:t>
            </w:r>
            <w:r>
              <w:rPr>
                <w:color w:val="1B4D20"/>
                <w:sz w:val="13"/>
              </w:rPr>
              <w:br/>
              <w:t>Микроэволюция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№54</w:t>
            </w:r>
            <w:r>
              <w:rPr>
                <w:color w:val="1B4D20"/>
                <w:sz w:val="13"/>
              </w:rPr>
              <w:br/>
              <w:t>Микроэволюция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Рубежная аттестация №4: Весь тест ЕГЭ, частые ошибки, ловушки ФИПИ</w:t>
            </w:r>
            <w:r>
              <w:rPr>
                <w:color w:val="701426"/>
                <w:sz w:val="13"/>
              </w:rPr>
              <w:br/>
              <w:t>до 23.03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№57</w:t>
            </w:r>
            <w:r>
              <w:rPr>
                <w:color w:val="371B6B"/>
                <w:sz w:val="13"/>
              </w:rPr>
              <w:br/>
              <w:t>Кислород. Сера.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№57</w:t>
            </w:r>
            <w:r>
              <w:rPr>
                <w:color w:val="371B6B"/>
                <w:sz w:val="13"/>
              </w:rPr>
              <w:br/>
              <w:t>Кислород. Сера.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№61</w:t>
            </w:r>
            <w:r>
              <w:rPr>
                <w:color w:val="701426"/>
                <w:sz w:val="13"/>
              </w:rPr>
              <w:br/>
              <w:t>1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№61</w:t>
            </w:r>
            <w:r>
              <w:rPr>
                <w:color w:val="701426"/>
                <w:sz w:val="13"/>
              </w:rPr>
              <w:br/>
              <w:t>1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№55</w:t>
            </w:r>
            <w:r>
              <w:rPr>
                <w:color w:val="1B4D20"/>
                <w:sz w:val="13"/>
              </w:rPr>
              <w:br/>
              <w:t>Макроэволюция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№55</w:t>
            </w:r>
            <w:r>
              <w:rPr>
                <w:color w:val="1B4D20"/>
                <w:sz w:val="13"/>
              </w:rPr>
              <w:br/>
              <w:t>Макроэволюция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№58</w:t>
            </w:r>
            <w:r>
              <w:rPr>
                <w:color w:val="371B6B"/>
                <w:sz w:val="13"/>
              </w:rPr>
              <w:br/>
              <w:t>Азот.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№58</w:t>
            </w:r>
            <w:r>
              <w:rPr>
                <w:color w:val="371B6B"/>
                <w:sz w:val="13"/>
              </w:rPr>
              <w:br/>
              <w:t>Азот.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№62</w:t>
            </w:r>
            <w:r>
              <w:rPr>
                <w:color w:val="701426"/>
                <w:sz w:val="13"/>
              </w:rPr>
              <w:br/>
              <w:t>2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№62</w:t>
            </w:r>
            <w:r>
              <w:rPr>
                <w:color w:val="701426"/>
                <w:sz w:val="13"/>
              </w:rPr>
              <w:br/>
              <w:t>2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№41</w:t>
            </w:r>
            <w:r>
              <w:rPr>
                <w:color w:val="701426"/>
                <w:sz w:val="13"/>
              </w:rPr>
              <w:br/>
              <w:t>Как найти и устранить свои слабые места в тесте и сочинении. Сумасшедшая нарешка заданий 20-21.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№41</w:t>
            </w:r>
            <w:r>
              <w:rPr>
                <w:color w:val="701426"/>
                <w:sz w:val="13"/>
              </w:rPr>
              <w:br/>
              <w:t>Как найти и устранить свои слабые места в тесте и сочинении. Сумасшедшая нарешка заданий 20-21.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№56</w:t>
            </w:r>
            <w:r>
              <w:rPr>
                <w:color w:val="1B4D20"/>
                <w:sz w:val="13"/>
              </w:rPr>
              <w:br/>
              <w:t>Доказательства (методы) эволюции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№56</w:t>
            </w:r>
            <w:r>
              <w:rPr>
                <w:color w:val="1B4D20"/>
                <w:sz w:val="13"/>
              </w:rPr>
              <w:br/>
              <w:t>Доказательства (методы) эволюции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№59</w:t>
            </w:r>
            <w:r>
              <w:rPr>
                <w:color w:val="371B6B"/>
                <w:sz w:val="13"/>
              </w:rPr>
              <w:br/>
              <w:t>Фосфор.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№59</w:t>
            </w:r>
            <w:r>
              <w:rPr>
                <w:color w:val="371B6B"/>
                <w:sz w:val="13"/>
              </w:rPr>
              <w:br/>
              <w:t>Фосфор.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№60</w:t>
            </w:r>
            <w:r>
              <w:rPr>
                <w:color w:val="371B6B"/>
                <w:sz w:val="13"/>
              </w:rPr>
              <w:br/>
              <w:t>Углерод. Кремний.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№60</w:t>
            </w:r>
            <w:r>
              <w:rPr>
                <w:color w:val="371B6B"/>
                <w:sz w:val="13"/>
              </w:rPr>
              <w:br/>
              <w:t>Углерод. Кремний.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Пересдача / Рубежная аттестация №3: Зоология и ботаника</w:t>
            </w:r>
            <w:r>
              <w:rPr>
                <w:color w:val="1B4D20"/>
                <w:sz w:val="13"/>
              </w:rPr>
              <w:br/>
              <w:t>до 28.03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№16</w:t>
            </w:r>
            <w:r>
              <w:rPr>
                <w:color w:val="371B6B"/>
                <w:sz w:val="13"/>
              </w:rPr>
              <w:br/>
              <w:t>Задачи 33 и 34.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22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23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24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25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26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27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28 мар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№57</w:t>
            </w:r>
            <w:r>
              <w:rPr>
                <w:color w:val="1B4D20"/>
                <w:sz w:val="13"/>
              </w:rPr>
              <w:br/>
              <w:t>Возникновение и развитие жизни на Земле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№57</w:t>
            </w:r>
            <w:r>
              <w:rPr>
                <w:color w:val="1B4D20"/>
                <w:sz w:val="13"/>
              </w:rPr>
              <w:br/>
              <w:t>Возникновение и развитие жизни на Земле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Практика №42</w:t>
            </w:r>
            <w:r>
              <w:rPr>
                <w:color w:val="701426"/>
                <w:sz w:val="13"/>
              </w:rPr>
              <w:br/>
              <w:t>Айсберг по 3 заданию.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№42</w:t>
            </w:r>
            <w:r>
              <w:rPr>
                <w:color w:val="701426"/>
                <w:sz w:val="13"/>
              </w:rPr>
              <w:br/>
              <w:t>Айсберг по 3 заданию. Нетиповый вебчик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№63</w:t>
            </w:r>
            <w:r>
              <w:rPr>
                <w:color w:val="701426"/>
                <w:sz w:val="13"/>
              </w:rPr>
              <w:br/>
              <w:t>3 задание, стили и типы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№63</w:t>
            </w:r>
            <w:r>
              <w:rPr>
                <w:color w:val="701426"/>
                <w:sz w:val="13"/>
              </w:rPr>
              <w:br/>
              <w:t>3 задание, стили и типы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№56</w:t>
            </w:r>
            <w:r>
              <w:rPr>
                <w:color w:val="1B4D20"/>
                <w:sz w:val="13"/>
              </w:rPr>
              <w:br/>
              <w:t>Доказательства (методы) эволюции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№56</w:t>
            </w:r>
            <w:r>
              <w:rPr>
                <w:color w:val="1B4D20"/>
                <w:sz w:val="13"/>
              </w:rPr>
              <w:br/>
              <w:t>Доказательства (методы) эволюции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№59</w:t>
            </w:r>
            <w:r>
              <w:rPr>
                <w:color w:val="371B6B"/>
                <w:sz w:val="13"/>
              </w:rPr>
              <w:br/>
              <w:t>Фосфор.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№59</w:t>
            </w:r>
            <w:r>
              <w:rPr>
                <w:color w:val="371B6B"/>
                <w:sz w:val="13"/>
              </w:rPr>
              <w:br/>
              <w:t>Фосфор.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№15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№64</w:t>
            </w:r>
            <w:r>
              <w:rPr>
                <w:color w:val="701426"/>
                <w:sz w:val="13"/>
              </w:rPr>
              <w:br/>
              <w:t>24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№64</w:t>
            </w:r>
            <w:r>
              <w:rPr>
                <w:color w:val="701426"/>
                <w:sz w:val="13"/>
              </w:rPr>
              <w:br/>
              <w:t>24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№57</w:t>
            </w:r>
            <w:r>
              <w:rPr>
                <w:color w:val="1B4D20"/>
                <w:sz w:val="13"/>
              </w:rPr>
              <w:br/>
              <w:t>Возникновение и развитие жизни на Земле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№57</w:t>
            </w:r>
            <w:r>
              <w:rPr>
                <w:color w:val="1B4D20"/>
                <w:sz w:val="13"/>
              </w:rPr>
              <w:br/>
              <w:t>Возникновение и развитие жизни на Земле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№60</w:t>
            </w:r>
            <w:r>
              <w:rPr>
                <w:color w:val="371B6B"/>
                <w:sz w:val="13"/>
              </w:rPr>
              <w:br/>
              <w:t>Углерод. Кремний.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№60</w:t>
            </w:r>
            <w:r>
              <w:rPr>
                <w:color w:val="371B6B"/>
                <w:sz w:val="13"/>
              </w:rPr>
              <w:br/>
              <w:t>Углерод. Кремний.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№65</w:t>
            </w:r>
            <w:r>
              <w:rPr>
                <w:color w:val="701426"/>
                <w:sz w:val="13"/>
              </w:rPr>
              <w:br/>
              <w:t>25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№65</w:t>
            </w:r>
            <w:r>
              <w:rPr>
                <w:color w:val="701426"/>
                <w:sz w:val="13"/>
              </w:rPr>
              <w:br/>
              <w:t>25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№14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№58</w:t>
            </w:r>
            <w:r>
              <w:rPr>
                <w:color w:val="1B4D20"/>
                <w:sz w:val="13"/>
              </w:rPr>
              <w:br/>
              <w:t>Палеонтология и геохронология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№58</w:t>
            </w:r>
            <w:r>
              <w:rPr>
                <w:color w:val="1B4D20"/>
                <w:sz w:val="13"/>
              </w:rPr>
              <w:br/>
              <w:t>Палеонтология и геохронология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№61</w:t>
            </w:r>
            <w:r>
              <w:rPr>
                <w:color w:val="371B6B"/>
                <w:sz w:val="13"/>
              </w:rPr>
              <w:br/>
              <w:t>Металлы. Металлы IA и IIA групп. Алюминий и цинк.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№61</w:t>
            </w:r>
            <w:r>
              <w:rPr>
                <w:color w:val="371B6B"/>
                <w:sz w:val="13"/>
              </w:rPr>
              <w:br/>
              <w:t>Металлы. Металлы IA и IIA групп. Алюминий и цинк.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№62</w:t>
            </w:r>
            <w:r>
              <w:rPr>
                <w:color w:val="371B6B"/>
                <w:sz w:val="13"/>
              </w:rPr>
              <w:br/>
              <w:t>Железо. Хром.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№62</w:t>
            </w:r>
            <w:r>
              <w:rPr>
                <w:color w:val="371B6B"/>
                <w:sz w:val="13"/>
              </w:rPr>
              <w:br/>
              <w:t>Железо. Хром.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29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30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31 мар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2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3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4 апр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№43</w:t>
            </w:r>
            <w:r>
              <w:rPr>
                <w:color w:val="701426"/>
                <w:sz w:val="13"/>
              </w:rPr>
              <w:br/>
              <w:t>Сочинение ЕГЭ Комментарим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№43</w:t>
            </w:r>
            <w:r>
              <w:rPr>
                <w:color w:val="701426"/>
                <w:sz w:val="13"/>
              </w:rPr>
              <w:br/>
              <w:t>Сочинение ЕГЭ Комментарим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№59</w:t>
            </w:r>
            <w:r>
              <w:rPr>
                <w:color w:val="1B4D20"/>
                <w:sz w:val="13"/>
              </w:rPr>
              <w:br/>
              <w:t>Антропогенез, Правила эволюции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№59</w:t>
            </w:r>
            <w:r>
              <w:rPr>
                <w:color w:val="1B4D20"/>
                <w:sz w:val="13"/>
              </w:rPr>
              <w:br/>
              <w:t>Антропогенез, Правила эволюции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Пробник №17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№58</w:t>
            </w:r>
            <w:r>
              <w:rPr>
                <w:color w:val="1B4D20"/>
                <w:sz w:val="13"/>
              </w:rPr>
              <w:br/>
              <w:t>Палеонтология и геохронология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№58</w:t>
            </w:r>
            <w:r>
              <w:rPr>
                <w:color w:val="1B4D20"/>
                <w:sz w:val="13"/>
              </w:rPr>
              <w:br/>
              <w:t>Палеонтология и геохронология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№61</w:t>
            </w:r>
            <w:r>
              <w:rPr>
                <w:color w:val="371B6B"/>
                <w:sz w:val="13"/>
              </w:rPr>
              <w:br/>
              <w:t>Металлы. Металлы IA и IIA групп. Алюминий и цинк.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№61</w:t>
            </w:r>
            <w:r>
              <w:rPr>
                <w:color w:val="371B6B"/>
                <w:sz w:val="13"/>
              </w:rPr>
              <w:br/>
              <w:t>Металлы. Металлы IA и IIA групп. Алюминий и цинк.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№66</w:t>
            </w:r>
            <w:r>
              <w:rPr>
                <w:color w:val="701426"/>
                <w:sz w:val="13"/>
              </w:rPr>
              <w:br/>
              <w:t>26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№66</w:t>
            </w:r>
            <w:r>
              <w:rPr>
                <w:color w:val="701426"/>
                <w:sz w:val="13"/>
              </w:rPr>
              <w:br/>
              <w:t>26 задание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№59</w:t>
            </w:r>
            <w:r>
              <w:rPr>
                <w:color w:val="1B4D20"/>
                <w:sz w:val="13"/>
              </w:rPr>
              <w:br/>
              <w:t>Антропогенез, Правила эволюции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№59</w:t>
            </w:r>
            <w:r>
              <w:rPr>
                <w:color w:val="1B4D20"/>
                <w:sz w:val="13"/>
              </w:rPr>
              <w:br/>
              <w:t>Антропогенез, Правила эволюции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Практика №62</w:t>
            </w:r>
            <w:r>
              <w:rPr>
                <w:color w:val="371B6B"/>
                <w:sz w:val="13"/>
              </w:rPr>
              <w:br/>
              <w:t>Железо. Хром.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№62</w:t>
            </w:r>
            <w:r>
              <w:rPr>
                <w:color w:val="371B6B"/>
                <w:sz w:val="13"/>
              </w:rPr>
              <w:br/>
              <w:t>Железо. Хром.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Зачёт №4 (до 11.04)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Теория №67</w:t>
            </w:r>
            <w:r>
              <w:rPr>
                <w:color w:val="701426"/>
                <w:sz w:val="13"/>
              </w:rPr>
              <w:br/>
              <w:t>23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Тест: Теория №67</w:t>
            </w:r>
            <w:r>
              <w:rPr>
                <w:color w:val="701426"/>
                <w:sz w:val="13"/>
              </w:rPr>
              <w:br/>
              <w:t>23 задание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Тест №7</w:t>
            </w:r>
            <w:r>
              <w:rPr>
                <w:color w:val="701426"/>
                <w:sz w:val="13"/>
              </w:rPr>
              <w:br/>
              <w:t>Русский язык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[16:00] Практика №44</w:t>
            </w:r>
            <w:r>
              <w:rPr>
                <w:color w:val="701426"/>
                <w:sz w:val="13"/>
              </w:rPr>
              <w:br/>
              <w:t>Итоговое решение варианта + работа с текстом.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701426"/>
                <w:sz w:val="15"/>
              </w:rPr>
              <w:t>✦ Письменное ДЗ: Практика №44</w:t>
            </w:r>
            <w:r>
              <w:rPr>
                <w:color w:val="701426"/>
                <w:sz w:val="13"/>
              </w:rPr>
              <w:br/>
              <w:t>Итоговое решение варианта + работа с текстом. Веб с экспертом ЕГЭ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№60</w:t>
            </w:r>
            <w:r>
              <w:rPr>
                <w:color w:val="1B4D20"/>
                <w:sz w:val="13"/>
              </w:rPr>
              <w:br/>
              <w:t>Экология и экологические факторы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№60</w:t>
            </w:r>
            <w:r>
              <w:rPr>
                <w:color w:val="1B4D20"/>
                <w:sz w:val="13"/>
              </w:rPr>
              <w:br/>
              <w:t>Экология и экологические факторы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№63</w:t>
            </w:r>
            <w:r>
              <w:rPr>
                <w:color w:val="371B6B"/>
                <w:sz w:val="13"/>
              </w:rPr>
              <w:br/>
              <w:t>Марганец. Медь. Серебро.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№63</w:t>
            </w:r>
            <w:r>
              <w:rPr>
                <w:color w:val="371B6B"/>
                <w:sz w:val="13"/>
              </w:rPr>
              <w:br/>
              <w:t>Марганец. Медь. Серебро.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Клуб укротителей задач №17</w:t>
            </w:r>
            <w:r>
              <w:rPr>
                <w:color w:val="371B6B"/>
                <w:sz w:val="13"/>
              </w:rPr>
              <w:br/>
              <w:t>Задачи 33 и 34.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280" w:after="80"/>
      </w:pPr>
      <w:r>
        <w:rPr>
          <w:b/>
          <w:color w:val="4F46E5"/>
          <w:sz w:val="26"/>
        </w:rPr>
        <w:t>Период 12: 5 апреля — 18 апреля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5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6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7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8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9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10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11 апр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№61</w:t>
            </w:r>
            <w:r>
              <w:rPr>
                <w:color w:val="1B4D20"/>
                <w:sz w:val="13"/>
              </w:rPr>
              <w:br/>
              <w:t>Экосистема, Пограничный эффект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№61</w:t>
            </w:r>
            <w:r>
              <w:rPr>
                <w:color w:val="1B4D20"/>
                <w:sz w:val="13"/>
              </w:rPr>
              <w:br/>
              <w:t>Экосистема, Пограничный эффект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№60</w:t>
            </w:r>
            <w:r>
              <w:rPr>
                <w:color w:val="1B4D20"/>
                <w:sz w:val="13"/>
              </w:rPr>
              <w:br/>
              <w:t>Экология и экологические факторы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№60</w:t>
            </w:r>
            <w:r>
              <w:rPr>
                <w:color w:val="1B4D20"/>
                <w:sz w:val="13"/>
              </w:rPr>
              <w:br/>
              <w:t>Экология и экологические факторы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№63</w:t>
            </w:r>
            <w:r>
              <w:rPr>
                <w:color w:val="371B6B"/>
                <w:sz w:val="13"/>
              </w:rPr>
              <w:br/>
              <w:t>Марганец. Медь. Серебро.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№63</w:t>
            </w:r>
            <w:r>
              <w:rPr>
                <w:color w:val="371B6B"/>
                <w:sz w:val="13"/>
              </w:rPr>
              <w:br/>
              <w:t>Марганец. Медь. Серебро.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Пробник №16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№61</w:t>
            </w:r>
            <w:r>
              <w:rPr>
                <w:color w:val="1B4D20"/>
                <w:sz w:val="13"/>
              </w:rPr>
              <w:br/>
              <w:t>Экосистема, Пограничный эффект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№61</w:t>
            </w:r>
            <w:r>
              <w:rPr>
                <w:color w:val="1B4D20"/>
                <w:sz w:val="13"/>
              </w:rPr>
              <w:br/>
              <w:t>Экосистема, Пограничный эффект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Обобщающая практика по химии элементов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Обобщающая практика по химии элементов</w:t>
            </w:r>
            <w:r>
              <w:rPr>
                <w:color w:val="371B6B"/>
                <w:sz w:val="13"/>
              </w:rPr>
              <w:br/>
              <w:t>Химия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Рубежная аттестация №3 (химия элементов)</w:t>
            </w:r>
            <w:r>
              <w:rPr>
                <w:color w:val="371B6B"/>
                <w:sz w:val="13"/>
              </w:rPr>
              <w:br/>
              <w:t>до 16.04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10.04 ДО 14.04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Разбор пробника №15 с Асифом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№62</w:t>
            </w:r>
            <w:r>
              <w:rPr>
                <w:color w:val="1B4D20"/>
                <w:sz w:val="13"/>
              </w:rPr>
              <w:br/>
              <w:t>Биосфера, Круговорот азота, Глобальные экологические проблемы и ООПТ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№62</w:t>
            </w:r>
            <w:r>
              <w:rPr>
                <w:color w:val="1B4D20"/>
                <w:sz w:val="13"/>
              </w:rPr>
              <w:br/>
              <w:t>Биосфера, Круговорот азота, Глобальные экологические проблемы и ООПТ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Теория №64</w:t>
            </w:r>
            <w:r>
              <w:rPr>
                <w:color w:val="371B6B"/>
                <w:sz w:val="13"/>
              </w:rPr>
              <w:br/>
              <w:t>Задание 24. Задание 25.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Тест: Теория №64</w:t>
            </w:r>
            <w:r>
              <w:rPr>
                <w:color w:val="371B6B"/>
                <w:sz w:val="13"/>
              </w:rPr>
              <w:br/>
              <w:t>Задание 24. Задание 25.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10.04 ДО 14.04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Онлайн-разбор пробника №17</w:t>
            </w:r>
            <w:r>
              <w:rPr>
                <w:color w:val="371B6B"/>
                <w:sz w:val="13"/>
              </w:rPr>
              <w:br/>
              <w:t>Химия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ПН 12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ВТ 13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СР 14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ЧТ 15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ПТ 16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СБ 17 апр</w:t>
            </w:r>
          </w:p>
        </w:tc>
        <w:tc>
          <w:tcPr>
            <w:tcW w:type="dxa" w:w="208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ВС 18 апр</w:t>
            </w:r>
          </w:p>
        </w:tc>
      </w:tr>
      <w:tr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10.04 ДО 14.04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Теория №63</w:t>
            </w:r>
            <w:r>
              <w:rPr>
                <w:color w:val="1B4D20"/>
                <w:sz w:val="13"/>
              </w:rPr>
              <w:br/>
              <w:t>Адаптации к условиям среды, Экологические стратегии, Биомы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Тест: Теория №63</w:t>
            </w:r>
            <w:r>
              <w:rPr>
                <w:color w:val="1B4D20"/>
                <w:sz w:val="13"/>
              </w:rPr>
              <w:br/>
              <w:t>Адаптации к условиям среды, Экологические стратегии, Биомы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10.04 ДО 14.04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[16:00] Практика №62</w:t>
            </w:r>
            <w:r>
              <w:rPr>
                <w:color w:val="1B4D20"/>
                <w:sz w:val="13"/>
              </w:rPr>
              <w:br/>
              <w:t>Биосфера, Круговорот азота, Глобальные экологические проблемы и ООПТ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№62</w:t>
            </w:r>
            <w:r>
              <w:rPr>
                <w:color w:val="1B4D20"/>
                <w:sz w:val="13"/>
              </w:rPr>
              <w:br/>
              <w:t>Биосфера, Круговорот азота, Глобальные экологические проблемы и ООПТ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323232"/>
                <w:sz w:val="15"/>
              </w:rPr>
              <w:t>ОПЛАТА СЛЕДУЮЩЕГО МЕСЯЦА</w:t>
            </w:r>
            <w:r>
              <w:rPr>
                <w:color w:val="323232"/>
                <w:sz w:val="13"/>
              </w:rPr>
              <w:br/>
              <w:t>С 10.04 ДО 14.04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[16:00] Практика №64</w:t>
            </w:r>
            <w:r>
              <w:rPr>
                <w:color w:val="371B6B"/>
                <w:sz w:val="13"/>
              </w:rPr>
              <w:br/>
              <w:t>Задание 24. Задание 25.</w:t>
            </w:r>
          </w:p>
          <w:p>
            <w:pPr>
              <w:spacing w:before="40" w:after="40"/>
            </w:pPr>
            <w:r>
              <w:rPr>
                <w:b/>
                <w:color w:val="371B6B"/>
                <w:sz w:val="15"/>
              </w:rPr>
              <w:t>✦ Письменное ДЗ: Практика №64</w:t>
            </w:r>
            <w:r>
              <w:rPr>
                <w:color w:val="371B6B"/>
                <w:sz w:val="13"/>
              </w:rPr>
              <w:br/>
              <w:t>Задание 24. Задание 25.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Практика №63</w:t>
            </w:r>
            <w:r>
              <w:rPr>
                <w:color w:val="1B4D20"/>
                <w:sz w:val="13"/>
              </w:rPr>
              <w:br/>
              <w:t>Адаптации к условиям среды, Экологические стратегии, Биомы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✦ Письменное ДЗ: Практика №63</w:t>
            </w:r>
            <w:r>
              <w:rPr>
                <w:color w:val="1B4D20"/>
                <w:sz w:val="13"/>
              </w:rPr>
              <w:br/>
              <w:t>Адаптации к условиям среды, Экологические стратегии, Биомы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Разбор пробника №16 с Асифом (в записи)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[14:00] Эвристика с Аленой</w:t>
            </w:r>
            <w:r>
              <w:rPr>
                <w:color w:val="1B4D20"/>
                <w:sz w:val="13"/>
              </w:rPr>
              <w:br/>
              <w:t>Биология</w:t>
            </w:r>
          </w:p>
          <w:p>
            <w:pPr>
              <w:spacing w:before="40" w:after="40"/>
            </w:pPr>
            <w:r>
              <w:rPr>
                <w:b/>
                <w:color w:val="1B4D20"/>
                <w:sz w:val="15"/>
              </w:rPr>
              <w:t>Зачет №4 (до 25.04)</w:t>
            </w:r>
            <w:r>
              <w:rPr>
                <w:color w:val="1B4D20"/>
                <w:sz w:val="13"/>
              </w:rPr>
              <w:br/>
              <w:t>Биология</w:t>
            </w:r>
          </w:p>
        </w:tc>
        <w:tc>
          <w:tcPr>
            <w:tcW w:type="dxa" w:w="2088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r>
              <w:rPr>
                <w:color w:val="C8C8C8"/>
              </w:rPr>
              <w:t>—</w:t>
            </w:r>
          </w:p>
        </w:tc>
      </w:tr>
    </w:tbl>
    <w:p>
      <w:pPr>
        <w:spacing w:after="80"/>
      </w:pPr>
    </w:p>
    <w:sectPr w:rsidR="00FC693F" w:rsidRPr="0006063C" w:rsidSect="00034616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